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Letter of Inquiry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632"/>
      </w:tblGrid>
      <w:tr>
        <w:tc>
          <w:tcPr>
            <w:tcW w:type="dxa" w:w="9632"/>
            <w:shd w:val="clear" w:color="auto" w:fill="F3F0EB"/>
          </w:tcPr>
          <w:p>
            <w:pPr>
              <w:spacing w:after="80"/>
            </w:pPr>
            <w:r>
              <w:rPr>
                <w:b/>
                <w:color w:val="8C6BAA"/>
                <w:sz w:val="20"/>
              </w:rPr>
              <w:t xml:space="preserve">GUIDANCE  </w:t>
            </w:r>
            <w:r>
              <w:rPr>
                <w:b w:val="0"/>
                <w:i/>
                <w:color w:val="706D68"/>
                <w:sz w:val="20"/>
              </w:rPr>
              <w:t>A letter of inquiry (LOI) is a short version of your proposal, sent first so a funder can decide whether to invite a full application. Most run two to three pages. If the funder gives LOI questions, a form or a word limit, follow those instead.</w:t>
            </w:r>
          </w:p>
          <w:p>
            <w:pPr>
              <w:spacing w:after="80"/>
            </w:pPr>
            <w:r>
              <w:rPr>
                <w:b w:val="0"/>
                <w:i/>
                <w:color w:val="706D68"/>
                <w:sz w:val="20"/>
              </w:rPr>
              <w:t>It should stand on its own: a reader who sees only the LOI should understand the need, the project, the result and the ask. A sample LOI is at grantable.co/templates/letter-of-inquiry.</w:t>
            </w:r>
          </w:p>
          <w:p>
            <w:pPr>
              <w:spacing w:after="80"/>
            </w:pPr>
            <w:r>
              <w:rPr>
                <w:b w:val="0"/>
                <w:i/>
                <w:color w:val="706D68"/>
                <w:sz w:val="20"/>
              </w:rPr>
              <w:t>Delete the guidance boxes and questions before sending.</w:t>
            </w:r>
          </w:p>
        </w:tc>
      </w:tr>
    </w:tbl>
    <w:p>
      <w:pPr>
        <w:spacing w:after="0"/>
      </w:pPr>
    </w:p>
    <w:p>
      <w:r>
        <w:rPr>
          <w:b/>
          <w:i w:val="0"/>
          <w:color w:val="8C6BAA"/>
        </w:rPr>
        <w:t>[Organization letterhead or logo]</w:t>
      </w:r>
    </w:p>
    <w:p>
      <w:r>
        <w:rPr>
          <w:b/>
          <w:i w:val="0"/>
          <w:color w:val="8C6BAA"/>
        </w:rPr>
        <w:t>[Date]</w:t>
      </w:r>
    </w:p>
    <w:p>
      <w:r>
        <w:rPr>
          <w:b/>
          <w:i w:val="0"/>
          <w:color w:val="8C6BAA"/>
        </w:rPr>
        <w:t>[Program officer name]</w:t>
      </w:r>
      <w:r>
        <w:rPr>
          <w:b w:val="0"/>
          <w:i w:val="0"/>
        </w:rPr>
        <w:br/>
      </w:r>
      <w:r>
        <w:rPr>
          <w:b/>
          <w:i w:val="0"/>
          <w:color w:val="8C6BAA"/>
        </w:rPr>
        <w:t>[Title]</w:t>
      </w:r>
      <w:r>
        <w:rPr>
          <w:b w:val="0"/>
          <w:i w:val="0"/>
        </w:rPr>
        <w:br/>
      </w:r>
      <w:r>
        <w:rPr>
          <w:b/>
          <w:i w:val="0"/>
          <w:color w:val="8C6BAA"/>
        </w:rPr>
        <w:t>[Funder name]</w:t>
      </w:r>
      <w:r>
        <w:rPr>
          <w:b w:val="0"/>
          <w:i w:val="0"/>
        </w:rPr>
        <w:br/>
      </w:r>
      <w:r>
        <w:rPr>
          <w:b/>
          <w:i w:val="0"/>
          <w:color w:val="8C6BAA"/>
        </w:rPr>
        <w:t>[Street address]</w:t>
      </w:r>
      <w:r>
        <w:rPr>
          <w:b w:val="0"/>
          <w:i w:val="0"/>
        </w:rPr>
        <w:br/>
      </w:r>
      <w:r>
        <w:rPr>
          <w:b/>
          <w:i w:val="0"/>
          <w:color w:val="8C6BAA"/>
        </w:rPr>
        <w:t>[City, State ZIP]</w:t>
      </w:r>
    </w:p>
    <w:p>
      <w:r>
        <w:rPr>
          <w:b w:val="0"/>
          <w:i w:val="0"/>
        </w:rPr>
        <w:t xml:space="preserve">Dear </w:t>
      </w:r>
      <w:r>
        <w:rPr>
          <w:b/>
          <w:i w:val="0"/>
          <w:color w:val="8C6BAA"/>
        </w:rPr>
        <w:t>[Program officer name]</w:t>
      </w:r>
      <w:r>
        <w:rPr>
          <w:b w:val="0"/>
          <w:i w:val="0"/>
        </w:rPr>
        <w:t>,</w:t>
      </w:r>
    </w:p>
    <w:p>
      <w:pPr>
        <w:pStyle w:val="Heading1"/>
      </w:pPr>
      <w:r>
        <w:t>1. Introduction and request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632"/>
      </w:tblGrid>
      <w:tr>
        <w:tc>
          <w:tcPr>
            <w:tcW w:type="dxa" w:w="9632"/>
            <w:shd w:val="clear" w:color="auto" w:fill="F3F0EB"/>
          </w:tcPr>
          <w:p>
            <w:pPr>
              <w:spacing w:after="80"/>
            </w:pPr>
            <w:r>
              <w:rPr>
                <w:b/>
                <w:color w:val="8C6BAA"/>
                <w:sz w:val="20"/>
              </w:rPr>
              <w:t xml:space="preserve">GUIDANCE  </w:t>
            </w:r>
            <w:r>
              <w:rPr>
                <w:b w:val="0"/>
                <w:i/>
                <w:color w:val="706D68"/>
                <w:sz w:val="20"/>
              </w:rPr>
              <w:t>One paragraph. Who you are, the amount, the project and the result, and how it fits the funder's priorities. Many program officers read only this paragraph first.</w:t>
            </w:r>
          </w:p>
        </w:tc>
      </w:tr>
    </w:tbl>
    <w:p>
      <w:pPr>
        <w:spacing w:after="0"/>
      </w:pPr>
    </w:p>
    <w:p>
      <w:r>
        <w:rPr>
          <w:b/>
          <w:i w:val="0"/>
          <w:color w:val="8C6BAA"/>
        </w:rPr>
        <w:t>[Organization name]</w:t>
      </w:r>
      <w:r>
        <w:rPr>
          <w:b w:val="0"/>
          <w:i w:val="0"/>
        </w:rPr>
        <w:t xml:space="preserve"> respectfully requests </w:t>
      </w:r>
      <w:r>
        <w:rPr>
          <w:b/>
          <w:i w:val="0"/>
          <w:color w:val="8C6BAA"/>
        </w:rPr>
        <w:t>[$ amount]</w:t>
      </w:r>
      <w:r>
        <w:rPr>
          <w:b w:val="0"/>
          <w:i w:val="0"/>
        </w:rPr>
        <w:t xml:space="preserve"> over </w:t>
      </w:r>
      <w:r>
        <w:rPr>
          <w:b/>
          <w:i w:val="0"/>
          <w:color w:val="8C6BAA"/>
        </w:rPr>
        <w:t>[project period]</w:t>
      </w:r>
      <w:r>
        <w:rPr>
          <w:b w:val="0"/>
          <w:i w:val="0"/>
        </w:rPr>
        <w:t xml:space="preserve"> for </w:t>
      </w:r>
      <w:r>
        <w:rPr>
          <w:b/>
          <w:i w:val="0"/>
          <w:color w:val="8C6BAA"/>
        </w:rPr>
        <w:t>[project title]</w:t>
      </w:r>
      <w:r>
        <w:rPr>
          <w:b w:val="0"/>
          <w:i w:val="0"/>
        </w:rPr>
        <w:t xml:space="preserve">, which will </w:t>
      </w:r>
      <w:r>
        <w:rPr>
          <w:b/>
          <w:i w:val="0"/>
          <w:color w:val="8C6BAA"/>
        </w:rPr>
        <w:t>[result for whom]</w:t>
      </w:r>
      <w:r>
        <w:rPr>
          <w:b w:val="0"/>
          <w:i w:val="0"/>
        </w:rPr>
        <w:t xml:space="preserve">. The project advances </w:t>
      </w:r>
      <w:r>
        <w:rPr>
          <w:b/>
          <w:i w:val="0"/>
          <w:color w:val="8C6BAA"/>
        </w:rPr>
        <w:t>[Funder name]</w:t>
      </w:r>
      <w:r>
        <w:rPr>
          <w:b w:val="0"/>
          <w:i w:val="0"/>
        </w:rPr>
        <w:t xml:space="preserve">'s priority of </w:t>
      </w:r>
      <w:r>
        <w:rPr>
          <w:b/>
          <w:i w:val="0"/>
          <w:color w:val="8C6BAA"/>
        </w:rPr>
        <w:t>[priority, in their words]</w:t>
      </w:r>
      <w:r>
        <w:rPr>
          <w:b w:val="0"/>
          <w:i w:val="0"/>
        </w:rPr>
        <w:t>.</w:t>
      </w:r>
    </w:p>
    <w:p>
      <w:pPr>
        <w:pStyle w:val="Heading1"/>
      </w:pPr>
      <w:r>
        <w:t>2. Organization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632"/>
      </w:tblGrid>
      <w:tr>
        <w:tc>
          <w:tcPr>
            <w:tcW w:type="dxa" w:w="9632"/>
            <w:shd w:val="clear" w:color="auto" w:fill="F3F0EB"/>
          </w:tcPr>
          <w:p>
            <w:pPr>
              <w:spacing w:after="80"/>
            </w:pPr>
            <w:r>
              <w:rPr>
                <w:b/>
                <w:color w:val="8C6BAA"/>
                <w:sz w:val="20"/>
              </w:rPr>
              <w:t xml:space="preserve">GUIDANCE  </w:t>
            </w:r>
            <w:r>
              <w:rPr>
                <w:b w:val="0"/>
                <w:i/>
                <w:color w:val="706D68"/>
                <w:sz w:val="20"/>
              </w:rPr>
              <w:t>A few sentences: mission, who you serve and how many, and one or two results that show you can deliver.</w:t>
            </w:r>
          </w:p>
        </w:tc>
      </w:tr>
    </w:tbl>
    <w:p>
      <w:pPr>
        <w:spacing w:after="0"/>
      </w:pPr>
    </w:p>
    <w:p>
      <w:r>
        <w:rPr>
          <w:b/>
          <w:i w:val="0"/>
          <w:color w:val="8C6BAA"/>
        </w:rPr>
        <w:t>[Mission.]</w:t>
      </w:r>
      <w:r>
        <w:rPr>
          <w:b w:val="0"/>
          <w:i w:val="0"/>
        </w:rPr>
        <w:t xml:space="preserve"> </w:t>
      </w:r>
      <w:r>
        <w:rPr>
          <w:b/>
          <w:i w:val="0"/>
          <w:color w:val="8C6BAA"/>
        </w:rPr>
        <w:t>[Who and how many you serve, where.]</w:t>
      </w:r>
      <w:r>
        <w:rPr>
          <w:b w:val="0"/>
          <w:i w:val="0"/>
        </w:rPr>
        <w:t xml:space="preserve"> </w:t>
      </w:r>
      <w:r>
        <w:rPr>
          <w:b/>
          <w:i w:val="0"/>
          <w:color w:val="8C6BAA"/>
        </w:rPr>
        <w:t>[Relevant results.]</w:t>
      </w:r>
    </w:p>
    <w:p>
      <w:pPr>
        <w:pStyle w:val="Heading1"/>
      </w:pPr>
      <w:r>
        <w:t>3. The need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632"/>
      </w:tblGrid>
      <w:tr>
        <w:tc>
          <w:tcPr>
            <w:tcW w:type="dxa" w:w="9632"/>
            <w:shd w:val="clear" w:color="auto" w:fill="F3F0EB"/>
          </w:tcPr>
          <w:p>
            <w:pPr>
              <w:spacing w:after="80"/>
            </w:pPr>
            <w:r>
              <w:rPr>
                <w:b/>
                <w:color w:val="8C6BAA"/>
                <w:sz w:val="20"/>
              </w:rPr>
              <w:t xml:space="preserve">GUIDANCE  </w:t>
            </w:r>
            <w:r>
              <w:rPr>
                <w:b w:val="0"/>
                <w:i/>
                <w:color w:val="706D68"/>
                <w:sz w:val="20"/>
              </w:rPr>
              <w:t>One paragraph with local evidence (with a source and year) and the gap this project fills.</w:t>
            </w:r>
          </w:p>
        </w:tc>
      </w:tr>
    </w:tbl>
    <w:p>
      <w:pPr>
        <w:spacing w:after="0"/>
      </w:pPr>
    </w:p>
    <w:p>
      <w:r>
        <w:rPr>
          <w:b/>
          <w:i w:val="0"/>
          <w:color w:val="8C6BAA"/>
        </w:rPr>
        <w:t>[The problem, with local data.]</w:t>
      </w:r>
      <w:r>
        <w:rPr>
          <w:b w:val="0"/>
          <w:i w:val="0"/>
        </w:rPr>
        <w:t xml:space="preserve"> </w:t>
      </w:r>
      <w:r>
        <w:rPr>
          <w:b/>
          <w:i w:val="0"/>
          <w:color w:val="8C6BAA"/>
        </w:rPr>
        <w:t>[Who is most affected.]</w:t>
      </w:r>
      <w:r>
        <w:rPr>
          <w:b w:val="0"/>
          <w:i w:val="0"/>
        </w:rPr>
        <w:t xml:space="preserve"> </w:t>
      </w:r>
      <w:r>
        <w:rPr>
          <w:b/>
          <w:i w:val="0"/>
          <w:color w:val="8C6BAA"/>
        </w:rPr>
        <w:t>[What's missing today.]</w:t>
      </w:r>
    </w:p>
    <w:p>
      <w:pPr>
        <w:pStyle w:val="Heading1"/>
      </w:pPr>
      <w:r>
        <w:t>4. The project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632"/>
      </w:tblGrid>
      <w:tr>
        <w:tc>
          <w:tcPr>
            <w:tcW w:type="dxa" w:w="9632"/>
            <w:shd w:val="clear" w:color="auto" w:fill="F3F0EB"/>
          </w:tcPr>
          <w:p>
            <w:pPr>
              <w:spacing w:after="80"/>
            </w:pPr>
            <w:r>
              <w:rPr>
                <w:b/>
                <w:color w:val="8C6BAA"/>
                <w:sz w:val="20"/>
              </w:rPr>
              <w:t xml:space="preserve">GUIDANCE  </w:t>
            </w:r>
            <w:r>
              <w:rPr>
                <w:b w:val="0"/>
                <w:i/>
                <w:color w:val="706D68"/>
                <w:sz w:val="20"/>
              </w:rPr>
              <w:t>What you'll do, who does it, for how many people, and over what period. Name partners.</w:t>
            </w:r>
          </w:p>
        </w:tc>
      </w:tr>
    </w:tbl>
    <w:p>
      <w:pPr>
        <w:spacing w:after="0"/>
      </w:pPr>
    </w:p>
    <w:p>
      <w:r>
        <w:rPr>
          <w:b/>
          <w:i w:val="0"/>
          <w:color w:val="8C6BAA"/>
        </w:rPr>
        <w:t>[Activities, participants, timeline and partners.]</w:t>
      </w:r>
    </w:p>
    <w:p>
      <w:pPr>
        <w:pStyle w:val="Heading1"/>
      </w:pPr>
      <w:r>
        <w:t>5. Expected results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632"/>
      </w:tblGrid>
      <w:tr>
        <w:tc>
          <w:tcPr>
            <w:tcW w:type="dxa" w:w="9632"/>
            <w:shd w:val="clear" w:color="auto" w:fill="F3F0EB"/>
          </w:tcPr>
          <w:p>
            <w:pPr>
              <w:spacing w:after="80"/>
            </w:pPr>
            <w:r>
              <w:rPr>
                <w:b/>
                <w:color w:val="8C6BAA"/>
                <w:sz w:val="20"/>
              </w:rPr>
              <w:t xml:space="preserve">GUIDANCE  </w:t>
            </w:r>
            <w:r>
              <w:rPr>
                <w:b w:val="0"/>
                <w:i/>
                <w:color w:val="706D68"/>
                <w:sz w:val="20"/>
              </w:rPr>
              <w:t>Two or three measurable outcomes and how you'll track them.</w:t>
            </w:r>
          </w:p>
        </w:tc>
      </w:tr>
    </w:tbl>
    <w:p>
      <w:pPr>
        <w:spacing w:after="0"/>
      </w:pPr>
    </w:p>
    <w:p>
      <w:pPr>
        <w:pStyle w:val="ListBullet"/>
      </w:pPr>
      <w:r>
        <w:rPr>
          <w:b/>
          <w:i w:val="0"/>
          <w:color w:val="8C6BAA"/>
        </w:rPr>
        <w:t>[Outcome 1, with a target and date]</w:t>
      </w:r>
    </w:p>
    <w:p>
      <w:pPr>
        <w:pStyle w:val="ListBullet"/>
      </w:pPr>
      <w:r>
        <w:rPr>
          <w:b/>
          <w:i w:val="0"/>
          <w:color w:val="8C6BAA"/>
        </w:rPr>
        <w:t>[Outcome 2]</w:t>
      </w:r>
    </w:p>
    <w:p>
      <w:pPr>
        <w:pStyle w:val="ListBullet"/>
      </w:pPr>
      <w:r>
        <w:rPr>
          <w:b/>
          <w:i w:val="0"/>
          <w:color w:val="8C6BAA"/>
        </w:rPr>
        <w:t>[How you'll measure progress]</w:t>
      </w:r>
    </w:p>
    <w:p>
      <w:pPr>
        <w:pStyle w:val="Heading1"/>
      </w:pPr>
      <w:r>
        <w:t>6. Budget and other support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632"/>
      </w:tblGrid>
      <w:tr>
        <w:tc>
          <w:tcPr>
            <w:tcW w:type="dxa" w:w="9632"/>
            <w:shd w:val="clear" w:color="auto" w:fill="F3F0EB"/>
          </w:tcPr>
          <w:p>
            <w:pPr>
              <w:spacing w:after="80"/>
            </w:pPr>
            <w:r>
              <w:rPr>
                <w:b/>
                <w:color w:val="8C6BAA"/>
                <w:sz w:val="20"/>
              </w:rPr>
              <w:t xml:space="preserve">GUIDANCE  </w:t>
            </w:r>
            <w:r>
              <w:rPr>
                <w:b w:val="0"/>
                <w:i/>
                <w:color w:val="706D68"/>
                <w:sz w:val="20"/>
              </w:rPr>
              <w:t>The total project cost, the amount requested, and other committed or pending funding. A small table is fine.</w:t>
            </w:r>
          </w:p>
        </w:tc>
      </w:tr>
    </w:tbl>
    <w:p>
      <w:pPr>
        <w:spacing w:after="0"/>
      </w:pP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211"/>
        <w:gridCol w:w="3211"/>
        <w:gridCol w:w="3211"/>
      </w:tblGrid>
      <w:tr>
        <w:tc>
          <w:tcPr>
            <w:tcW w:type="dxa" w:w="4535"/>
            <w:shd w:val="clear" w:color="auto" w:fill="2B2522"/>
          </w:tcPr>
          <w:p>
            <w:r/>
            <w:r>
              <w:rPr>
                <w:b/>
                <w:color w:val="FFFFFF"/>
                <w:sz w:val="18"/>
              </w:rPr>
              <w:t>Source</w:t>
            </w:r>
          </w:p>
        </w:tc>
        <w:tc>
          <w:tcPr>
            <w:tcW w:type="dxa" w:w="2268"/>
            <w:shd w:val="clear" w:color="auto" w:fill="2B2522"/>
          </w:tcPr>
          <w:p>
            <w:r/>
            <w:r>
              <w:rPr>
                <w:b/>
                <w:color w:val="FFFFFF"/>
                <w:sz w:val="18"/>
              </w:rPr>
              <w:t>Amount</w:t>
            </w:r>
          </w:p>
        </w:tc>
        <w:tc>
          <w:tcPr>
            <w:tcW w:type="dxa" w:w="2268"/>
            <w:shd w:val="clear" w:color="auto" w:fill="2B2522"/>
          </w:tcPr>
          <w:p>
            <w:r/>
            <w:r>
              <w:rPr>
                <w:b/>
                <w:color w:val="FFFFFF"/>
                <w:sz w:val="18"/>
              </w:rPr>
              <w:t>Status</w:t>
            </w:r>
          </w:p>
        </w:tc>
      </w:tr>
      <w:tr>
        <w:tc>
          <w:tcPr>
            <w:tcW w:type="dxa" w:w="4535"/>
          </w:tcPr>
          <w:p>
            <w:r>
              <w:rPr>
                <w:sz w:val="18"/>
              </w:rPr>
            </w:r>
            <w:r>
              <w:rPr>
                <w:b/>
                <w:i w:val="0"/>
                <w:color w:val="8C6BAA"/>
                <w:sz w:val="18"/>
              </w:rPr>
              <w:t>[Funder name]</w:t>
            </w:r>
            <w:r>
              <w:rPr>
                <w:b w:val="0"/>
                <w:i w:val="0"/>
                <w:sz w:val="18"/>
              </w:rPr>
              <w:t xml:space="preserve"> (this request)</w:t>
            </w:r>
          </w:p>
        </w:tc>
        <w:tc>
          <w:tcPr>
            <w:tcW w:type="dxa" w:w="2268"/>
          </w:tcPr>
          <w:p>
            <w:r>
              <w:rPr>
                <w:sz w:val="18"/>
              </w:rPr>
            </w:r>
            <w:r>
              <w:rPr>
                <w:b/>
                <w:i w:val="0"/>
                <w:color w:val="8C6BAA"/>
                <w:sz w:val="18"/>
              </w:rPr>
              <w:t>[$]</w:t>
            </w:r>
          </w:p>
        </w:tc>
        <w:tc>
          <w:tcPr>
            <w:tcW w:type="dxa" w:w="2268"/>
          </w:tcPr>
          <w:p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Requested</w:t>
            </w:r>
          </w:p>
        </w:tc>
      </w:tr>
      <w:tr>
        <w:tc>
          <w:tcPr>
            <w:tcW w:type="dxa" w:w="4535"/>
          </w:tcPr>
          <w:p>
            <w:r>
              <w:rPr>
                <w:sz w:val="18"/>
              </w:rPr>
            </w:r>
            <w:r>
              <w:rPr>
                <w:b/>
                <w:i w:val="0"/>
                <w:color w:val="8C6BAA"/>
                <w:sz w:val="18"/>
              </w:rPr>
              <w:t>[Other funder or cost share]</w:t>
            </w:r>
          </w:p>
        </w:tc>
        <w:tc>
          <w:tcPr>
            <w:tcW w:type="dxa" w:w="2268"/>
          </w:tcPr>
          <w:p>
            <w:r>
              <w:rPr>
                <w:sz w:val="18"/>
              </w:rPr>
            </w:r>
            <w:r>
              <w:rPr>
                <w:b/>
                <w:i w:val="0"/>
                <w:color w:val="8C6BAA"/>
                <w:sz w:val="18"/>
              </w:rPr>
              <w:t>[$]</w:t>
            </w:r>
          </w:p>
        </w:tc>
        <w:tc>
          <w:tcPr>
            <w:tcW w:type="dxa" w:w="2268"/>
          </w:tcPr>
          <w:p>
            <w:r>
              <w:rPr>
                <w:sz w:val="18"/>
              </w:rPr>
            </w:r>
            <w:r>
              <w:rPr>
                <w:b/>
                <w:i w:val="0"/>
                <w:color w:val="8C6BAA"/>
                <w:sz w:val="18"/>
              </w:rPr>
              <w:t>[Committed / pending]</w:t>
            </w:r>
          </w:p>
        </w:tc>
      </w:tr>
      <w:tr>
        <w:tc>
          <w:tcPr>
            <w:tcW w:type="dxa" w:w="4535"/>
          </w:tcPr>
          <w:p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Total project cost</w:t>
            </w:r>
          </w:p>
        </w:tc>
        <w:tc>
          <w:tcPr>
            <w:tcW w:type="dxa" w:w="2268"/>
          </w:tcPr>
          <w:p>
            <w:r>
              <w:rPr>
                <w:sz w:val="18"/>
              </w:rPr>
            </w:r>
            <w:r>
              <w:rPr>
                <w:b/>
                <w:i w:val="0"/>
                <w:color w:val="8C6BAA"/>
                <w:sz w:val="18"/>
              </w:rPr>
              <w:t>[$]</w:t>
            </w:r>
          </w:p>
        </w:tc>
        <w:tc>
          <w:tcPr>
            <w:tcW w:type="dxa" w:w="2268"/>
          </w:tcPr>
          <w:p>
            <w:r>
              <w:rPr>
                <w:sz w:val="18"/>
              </w:rPr>
            </w:r>
          </w:p>
        </w:tc>
      </w:tr>
    </w:tbl>
    <w:p/>
    <w:p>
      <w:pPr>
        <w:pStyle w:val="Heading1"/>
      </w:pPr>
      <w:r>
        <w:t>7. Close</w:t>
      </w:r>
    </w:p>
    <w:p>
      <w:r>
        <w:rPr>
          <w:b w:val="0"/>
          <w:i w:val="0"/>
        </w:rPr>
        <w:t xml:space="preserve">Thank you for considering this inquiry. We would welcome the opportunity to submit a full proposal. </w:t>
      </w:r>
      <w:r>
        <w:rPr>
          <w:b/>
          <w:i w:val="0"/>
          <w:color w:val="8C6BAA"/>
        </w:rPr>
        <w:t>[Contact name, title]</w:t>
      </w:r>
      <w:r>
        <w:rPr>
          <w:b w:val="0"/>
          <w:i w:val="0"/>
        </w:rPr>
        <w:t xml:space="preserve"> can be reached at </w:t>
      </w:r>
      <w:r>
        <w:rPr>
          <w:b/>
          <w:i w:val="0"/>
          <w:color w:val="8C6BAA"/>
        </w:rPr>
        <w:t>[email]</w:t>
      </w:r>
      <w:r>
        <w:rPr>
          <w:b w:val="0"/>
          <w:i w:val="0"/>
        </w:rPr>
        <w:t xml:space="preserve"> or </w:t>
      </w:r>
      <w:r>
        <w:rPr>
          <w:b/>
          <w:i w:val="0"/>
          <w:color w:val="8C6BAA"/>
        </w:rPr>
        <w:t>[phone]</w:t>
      </w:r>
      <w:r>
        <w:rPr>
          <w:b w:val="0"/>
          <w:i w:val="0"/>
        </w:rPr>
        <w:t>.</w:t>
      </w:r>
    </w:p>
    <w:p>
      <w:r>
        <w:rPr>
          <w:b w:val="0"/>
          <w:i w:val="0"/>
        </w:rPr>
        <w:t>Sincerely,</w:t>
        <w:br/>
        <w:br/>
        <w:br/>
      </w:r>
      <w:r>
        <w:rPr>
          <w:b/>
          <w:i w:val="0"/>
          <w:color w:val="8C6BAA"/>
        </w:rPr>
        <w:t>[Name]</w:t>
      </w:r>
      <w:r>
        <w:rPr>
          <w:b w:val="0"/>
          <w:i w:val="0"/>
        </w:rPr>
        <w:br/>
      </w:r>
      <w:r>
        <w:rPr>
          <w:b/>
          <w:i w:val="0"/>
          <w:color w:val="8C6BAA"/>
        </w:rPr>
        <w:t>[Title]</w:t>
      </w:r>
      <w:r>
        <w:rPr>
          <w:b w:val="0"/>
          <w:i w:val="0"/>
        </w:rPr>
        <w:br/>
      </w:r>
      <w:r>
        <w:rPr>
          <w:b/>
          <w:i w:val="0"/>
          <w:color w:val="8C6BAA"/>
        </w:rPr>
        <w:t>[Organization name]</w:t>
      </w:r>
    </w:p>
    <w:p>
      <w:pPr>
        <w:spacing w:after="40"/>
      </w:pPr>
      <w:r>
        <w:rPr>
          <w:b/>
          <w:color w:val="706D68"/>
          <w:sz w:val="18"/>
        </w:rPr>
        <w:t>Answer these:</w:t>
      </w:r>
    </w:p>
    <w:p>
      <w:pPr>
        <w:pStyle w:val="ListBullet"/>
        <w:spacing w:after="0"/>
      </w:pPr>
      <w:r>
        <w:rPr>
          <w:b w:val="0"/>
          <w:i w:val="0"/>
          <w:color w:val="706D68"/>
        </w:rPr>
        <w:t>Is it within the funder's page or word limit?</w:t>
      </w:r>
    </w:p>
    <w:p>
      <w:pPr>
        <w:pStyle w:val="ListBullet"/>
        <w:spacing w:after="0"/>
      </w:pPr>
      <w:r>
        <w:rPr>
          <w:b w:val="0"/>
          <w:i w:val="0"/>
          <w:color w:val="706D68"/>
        </w:rPr>
        <w:t>Does the first paragraph state the amount, the project and the result?</w:t>
      </w:r>
    </w:p>
    <w:p>
      <w:pPr>
        <w:pStyle w:val="ListBullet"/>
        <w:spacing w:after="0"/>
      </w:pPr>
      <w:r>
        <w:rPr>
          <w:b w:val="0"/>
          <w:i w:val="0"/>
          <w:color w:val="706D68"/>
        </w:rPr>
        <w:t>Would the funder's own staff recognize their priorities in it?</w:t>
      </w:r>
    </w:p>
    <w:p>
      <w:pPr>
        <w:spacing w:after="0"/>
      </w:pPr>
    </w:p>
    <w:sectPr w:rsidR="00FC693F" w:rsidRPr="0006063C" w:rsidSect="00034616">
      <w:footerReference w:type="default" r:id="rId9"/>
      <w:pgSz w:w="12240" w:h="15840"/>
      <w:pgMar w:top="1247" w:right="1304" w:bottom="1247" w:left="130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b w:val="0"/>
        <w:i w:val="0"/>
        <w:color w:val="706D68"/>
        <w:sz w:val="16"/>
      </w:rPr>
      <w:t>Letter of inquiry template from Grantable · grantable.co/templates/letter-of-inquiry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76" w:lineRule="auto"/>
    </w:pPr>
    <w:rPr>
      <w:rFonts w:ascii="Arial" w:hAnsi="Arial" w:eastAsia="Arial"/>
      <w:color w:val="2B2522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2B2522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2B2522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2B2522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Letter of Inquiry Template</dc:title>
  <dc:subject>Free letter of inquiry (LOI) template for grants</dc:subject>
  <dc:creator>Grantable</dc:creator>
  <cp:keywords>letter of inquiry template, LOI template grant, grant letter of inquiry</cp:keywords>
  <dc:description>generated by python-docx</dc:description>
  <cp:lastModifiedBy>Grantable</cp:lastModifiedBy>
  <cp:revision>1</cp:revision>
  <dcterms:created xsi:type="dcterms:W3CDTF">2026-09-24T00:00:00Z</dcterms:created>
  <dcterms:modified xsi:type="dcterms:W3CDTF">2026-09-24T00:00:00Z</dcterms:modified>
  <cp:category/>
</cp:coreProperties>
</file>