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Grant Report</w:t>
      </w:r>
    </w:p>
    <w:p>
      <w:r>
        <w:rPr>
          <w:b/>
          <w:i w:val="0"/>
          <w:color w:val="8C6BAA"/>
        </w:rPr>
        <w:t>[Interim / Final]</w:t>
      </w:r>
      <w:r>
        <w:rPr>
          <w:b/>
          <w:i w:val="0"/>
        </w:rPr>
        <w:t xml:space="preserve"> report to </w:t>
      </w:r>
      <w:r>
        <w:rPr>
          <w:b/>
          <w:i w:val="0"/>
          <w:color w:val="8C6BAA"/>
        </w:rPr>
        <w:t>[Funder name]</w:t>
      </w:r>
      <w:r>
        <w:rPr>
          <w:b/>
          <w:i w:val="0"/>
        </w:rPr>
        <w:t xml:space="preserve"> · </w:t>
      </w:r>
      <w:r>
        <w:rPr>
          <w:b/>
          <w:i w:val="0"/>
          <w:color w:val="8C6BAA"/>
        </w:rPr>
        <w:t>[Project title]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Use the funder's report form or questions if they give them; this template follows the order most funders use. Report against what you promised: the objectives, timeline and budget in your proposal.</w:t>
            </w:r>
          </w:p>
          <w:p>
            <w:pPr>
              <w:spacing w:after="80"/>
            </w:pPr>
            <w:r>
              <w:rPr>
                <w:b w:val="0"/>
                <w:i/>
                <w:color w:val="706D68"/>
                <w:sz w:val="20"/>
              </w:rPr>
              <w:t>Be honest about what didn't go to plan and what you changed. Funders expect it, and a clear explanation builds more trust than a report where everything went perfectly.</w:t>
            </w:r>
          </w:p>
          <w:p>
            <w:pPr>
              <w:spacing w:after="80"/>
            </w:pPr>
            <w:r>
              <w:rPr>
                <w:b w:val="0"/>
                <w:i/>
                <w:color w:val="706D68"/>
                <w:sz w:val="20"/>
              </w:rPr>
              <w:t>A sample final report is at grantable.co/templates/grant-report. Track report due dates in the free grant tracker at grantable.co/templates/grant-tracker.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3118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6236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Organization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[Organization legal name]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Grant number / reference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[Reference]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Project title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[Project title]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Grant amount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 amount]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Grant period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[Start date]</w:t>
            </w:r>
            <w:r>
              <w:rPr>
                <w:b w:val="0"/>
                <w:i w:val="0"/>
                <w:sz w:val="18"/>
              </w:rPr>
              <w:t xml:space="preserve"> to </w:t>
            </w:r>
            <w:r>
              <w:rPr>
                <w:b/>
                <w:i w:val="0"/>
                <w:color w:val="8C6BAA"/>
                <w:sz w:val="18"/>
              </w:rPr>
              <w:t>[End date]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Reporting period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[Start date]</w:t>
            </w:r>
            <w:r>
              <w:rPr>
                <w:b w:val="0"/>
                <w:i w:val="0"/>
                <w:sz w:val="18"/>
              </w:rPr>
              <w:t xml:space="preserve"> to </w:t>
            </w:r>
            <w:r>
              <w:rPr>
                <w:b/>
                <w:i w:val="0"/>
                <w:color w:val="8C6BAA"/>
                <w:sz w:val="18"/>
              </w:rPr>
              <w:t>[End date]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Report type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[Interim / Final]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Contact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[Name, title, email, phone]</w:t>
            </w:r>
          </w:p>
        </w:tc>
      </w:tr>
    </w:tbl>
    <w:p/>
    <w:p>
      <w:pPr>
        <w:pStyle w:val="Heading1"/>
      </w:pPr>
      <w:r>
        <w:t>1. Summary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Half a page. What the grant made possible in this period, the headline results against your targets, and anything the funder needs to know (changes, delays, requests).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[Summary.]</w:t>
      </w:r>
    </w:p>
    <w:p>
      <w:pPr>
        <w:pStyle w:val="Heading1"/>
      </w:pPr>
      <w:r>
        <w:t>2. Progress on objectives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One row per objective from your proposal, with the target you promised and where you are. Use the same measures as the proposal.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2551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type="dxa" w:w="1587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587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Result to date</w:t>
            </w:r>
          </w:p>
        </w:tc>
        <w:tc>
          <w:tcPr>
            <w:tcW w:type="dxa" w:w="1701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984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[Objective 1]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[Target]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[Actual]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[Met / On track / Behind]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[Explanation]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[Objective 2]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[Target]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[Actual]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[Met / On track / Behind]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[Explanation]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[Objective 3]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[Target]</w:t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[Actual]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[Met / On track / Behind]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[Explanation]</w:t>
            </w:r>
          </w:p>
        </w:tc>
      </w:tr>
    </w:tbl>
    <w:p/>
    <w:p>
      <w:pPr>
        <w:pStyle w:val="Heading1"/>
      </w:pPr>
      <w:r>
        <w:t>3. Activities completed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What you did, against the timeline in your proposal: sessions held, people served, milestones reached.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[Activities and outputs.]</w:t>
      </w:r>
    </w:p>
    <w:p>
      <w:pPr>
        <w:pStyle w:val="Heading1"/>
      </w:pPr>
      <w:r>
        <w:t>4. Challenges and changes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What didn't go to plan, why, and what you did about it. Note any change to scope, timeline, staff or budget, and whether you need the funder's approval for it.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[Challenges, changes and lessons learned.]</w:t>
      </w:r>
    </w:p>
    <w:p>
      <w:pPr>
        <w:pStyle w:val="Heading1"/>
      </w:pPr>
      <w:r>
        <w:t>5. Stories and evidence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One or two short participant stories or quotes (with permission), photos, or outside recognition. Keep them specific.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[Story or quote.]</w:t>
      </w:r>
    </w:p>
    <w:p>
      <w:pPr>
        <w:pStyle w:val="Heading1"/>
      </w:pPr>
      <w:r>
        <w:t>6. Financial report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Budget vs. actual by line, using the categories from your approved budget. Explain any line more than 10% over or under (or the funder's threshold). Many funders ask for this on their own form or as a spreadsheet.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5"/>
        <w:gridCol w:w="1605"/>
        <w:gridCol w:w="1605"/>
        <w:gridCol w:w="1605"/>
        <w:gridCol w:w="1605"/>
        <w:gridCol w:w="1605"/>
      </w:tblGrid>
      <w:tr>
        <w:tc>
          <w:tcPr>
            <w:tcW w:type="dxa" w:w="1984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Budget line</w:t>
            </w:r>
          </w:p>
        </w:tc>
        <w:tc>
          <w:tcPr>
            <w:tcW w:type="dxa" w:w="1417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Approved budget</w:t>
            </w:r>
          </w:p>
        </w:tc>
        <w:tc>
          <w:tcPr>
            <w:tcW w:type="dxa" w:w="1417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Spent this period</w:t>
            </w:r>
          </w:p>
        </w:tc>
        <w:tc>
          <w:tcPr>
            <w:tcW w:type="dxa" w:w="1417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Spent to date</w:t>
            </w:r>
          </w:p>
        </w:tc>
        <w:tc>
          <w:tcPr>
            <w:tcW w:type="dxa" w:w="1304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Remaining</w:t>
            </w:r>
          </w:p>
        </w:tc>
        <w:tc>
          <w:tcPr>
            <w:tcW w:type="dxa" w:w="1871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Variance note</w:t>
            </w:r>
          </w:p>
        </w:tc>
      </w:tr>
      <w:tr>
        <w:tc>
          <w:tcPr>
            <w:tcW w:type="dxa" w:w="198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[Personnel]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[Explanation if over/under]</w:t>
            </w:r>
          </w:p>
        </w:tc>
      </w:tr>
      <w:tr>
        <w:tc>
          <w:tcPr>
            <w:tcW w:type="dxa" w:w="198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[Supplies]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8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[Other]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Total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7. Next steps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Interim report: plans for the next period. Final report: how the work continues after the grant (sustainability) and what you'd do differently.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[Next steps.]</w:t>
      </w:r>
    </w:p>
    <w:p>
      <w:pPr>
        <w:pStyle w:val="Heading1"/>
      </w:pPr>
      <w:r>
        <w:t>Attachments</w:t>
      </w:r>
    </w:p>
    <w:p>
      <w:pPr>
        <w:pStyle w:val="ListBullet"/>
      </w:pPr>
      <w:r>
        <w:rPr>
          <w:b w:val="0"/>
          <w:i w:val="0"/>
        </w:rPr>
        <w:t xml:space="preserve">☐  </w:t>
      </w:r>
      <w:r>
        <w:rPr>
          <w:b/>
          <w:i w:val="0"/>
          <w:color w:val="8C6BAA"/>
        </w:rPr>
        <w:t>[Financial report or funder budget form]</w:t>
      </w:r>
    </w:p>
    <w:p>
      <w:pPr>
        <w:pStyle w:val="ListBullet"/>
      </w:pPr>
      <w:r>
        <w:rPr>
          <w:b w:val="0"/>
          <w:i w:val="0"/>
        </w:rPr>
        <w:t xml:space="preserve">☐  </w:t>
      </w:r>
      <w:r>
        <w:rPr>
          <w:b/>
          <w:i w:val="0"/>
          <w:color w:val="8C6BAA"/>
        </w:rPr>
        <w:t>[Evaluation data or assessment results]</w:t>
      </w:r>
    </w:p>
    <w:p>
      <w:pPr>
        <w:pStyle w:val="ListBullet"/>
      </w:pPr>
      <w:r>
        <w:rPr>
          <w:b w:val="0"/>
          <w:i w:val="0"/>
        </w:rPr>
        <w:t xml:space="preserve">☐  </w:t>
      </w:r>
      <w:r>
        <w:rPr>
          <w:b/>
          <w:i w:val="0"/>
          <w:color w:val="8C6BAA"/>
        </w:rPr>
        <w:t>[Photos, media coverage, participant materials]</w:t>
      </w:r>
    </w:p>
    <w:p>
      <w:pPr>
        <w:spacing w:after="40"/>
      </w:pPr>
      <w:r>
        <w:rPr>
          <w:b/>
          <w:color w:val="706D68"/>
          <w:sz w:val="18"/>
        </w:rPr>
        <w:t>Answer these: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Does every objective from the proposal appear, with the same measure?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Is every budget variance above the funder's threshold explained?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Did you request approval for any change that needs it?</w:t>
      </w:r>
    </w:p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706D68"/>
        <w:sz w:val="16"/>
      </w:rPr>
      <w:t>Grant report template from Grantable · grantable.co/templates/grant-report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2B25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B252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B252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B25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Report Template</dc:title>
  <dc:subject>Free grant report template for interim and final reports</dc:subject>
  <dc:creator>Grantable</dc:creator>
  <cp:keywords>grant report template, grant reporting template, final grant report</cp:keywords>
  <dc:description>generated by python-docx</dc:description>
  <cp:lastModifiedBy>Grantable</cp:lastModifiedBy>
  <cp:revision>1</cp:revision>
  <dcterms:created xsi:type="dcterms:W3CDTF">2026-09-24T00:00:00Z</dcterms:created>
  <dcterms:modified xsi:type="dcterms:W3CDTF">2026-09-24T00:00:00Z</dcterms:modified>
  <cp:category/>
</cp:coreProperties>
</file>