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Proposal</w:t>
      </w:r>
    </w:p>
    <w:p>
      <w:r>
        <w:rPr>
          <w:b/>
          <w:i w:val="0"/>
          <w:color w:val="8C6BAA"/>
        </w:rPr>
        <w:t>[Project title]</w:t>
      </w:r>
    </w:p>
    <w:p>
      <w:r>
        <w:rPr>
          <w:b w:val="0"/>
          <w:i w:val="0"/>
        </w:rPr>
        <w:t xml:space="preserve">Submitted to </w:t>
      </w:r>
      <w:r>
        <w:rPr>
          <w:b/>
          <w:i w:val="0"/>
          <w:color w:val="8C6BAA"/>
        </w:rPr>
        <w:t>[Funder name]</w:t>
      </w:r>
      <w:r>
        <w:rPr>
          <w:b w:val="0"/>
          <w:i w:val="0"/>
        </w:rPr>
        <w:t xml:space="preserve">, </w:t>
      </w:r>
      <w:r>
        <w:rPr>
          <w:b/>
          <w:i w:val="0"/>
          <w:color w:val="8C6BAA"/>
        </w:rPr>
        <w:t>[Program or opportunity name]</w:t>
      </w:r>
    </w:p>
    <w:p>
      <w:r>
        <w:rPr>
          <w:b w:val="0"/>
          <w:i w:val="0"/>
        </w:rPr>
        <w:t xml:space="preserve">By </w:t>
      </w:r>
      <w:r>
        <w:rPr>
          <w:b/>
          <w:i w:val="0"/>
          <w:color w:val="8C6BAA"/>
        </w:rPr>
        <w:t>[Organization legal name]</w:t>
      </w:r>
      <w:r>
        <w:rPr>
          <w:b w:val="0"/>
          <w:i w:val="0"/>
        </w:rPr>
        <w:t xml:space="preserve"> · </w:t>
      </w:r>
      <w:r>
        <w:rPr>
          <w:b/>
          <w:i w:val="0"/>
          <w:color w:val="8C6BAA"/>
        </w:rPr>
        <w:t>[Month Day, Year]</w:t>
      </w:r>
    </w:p>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How to use this template. The sections below follow the order most foundations and government funders use. If the funder gives its own outline, questions, word limits or form, follow those instead and move your text into their order.</w:t>
            </w:r>
          </w:p>
          <w:p>
            <w:pPr>
              <w:spacing w:after="80"/>
            </w:pPr>
            <w:r>
              <w:rPr>
                <w:b w:val="0"/>
                <w:i/>
                <w:color w:val="706D68"/>
                <w:sz w:val="20"/>
              </w:rPr>
              <w:t xml:space="preserve">Every section has a shaded guidance box like this one and a few questions to answer. Replace every </w:t>
            </w:r>
            <w:r>
              <w:rPr>
                <w:b/>
                <w:i/>
                <w:color w:val="8C6BAA"/>
                <w:sz w:val="20"/>
              </w:rPr>
              <w:t>[bracketed placeholder]</w:t>
            </w:r>
            <w:r>
              <w:rPr>
                <w:b w:val="0"/>
                <w:i/>
                <w:color w:val="706D68"/>
                <w:sz w:val="20"/>
              </w:rPr>
              <w:t>, then delete the guidance boxes and question lists before you send it.</w:t>
            </w:r>
          </w:p>
          <w:p>
            <w:pPr>
              <w:spacing w:after="80"/>
            </w:pPr>
            <w:r>
              <w:rPr>
                <w:b w:val="0"/>
                <w:i/>
                <w:color w:val="706D68"/>
                <w:sz w:val="20"/>
              </w:rPr>
              <w:t>Write the executive summary last. Build your numbers in a budget spreadsheet first (a free one is at grantable.co/templates/grant-budget), then copy the totals into section 8.</w:t>
            </w:r>
          </w:p>
          <w:p>
            <w:pPr>
              <w:spacing w:after="80"/>
            </w:pPr>
            <w:r>
              <w:rPr>
                <w:b w:val="0"/>
                <w:i/>
                <w:color w:val="706D68"/>
                <w:sz w:val="20"/>
              </w:rPr>
              <w:t>A full sample proposal, annotated section by section, is at grantable.co/templates/grant-proposal.</w:t>
            </w:r>
          </w:p>
        </w:tc>
      </w:tr>
    </w:tbl>
    <w:p>
      <w:pPr>
        <w:spacing w:after="0"/>
      </w:pPr>
    </w:p>
    <w:p>
      <w:pPr>
        <w:pStyle w:val="Heading2"/>
      </w:pPr>
      <w:r>
        <w:t>Cover sheet</w:t>
      </w:r>
    </w:p>
    <w:tbl>
      <w:tblPr>
        <w:tblStyle w:val="TableGrid"/>
        <w:tblW w:type="auto" w:w="0"/>
        <w:jc w:val="center"/>
        <w:tblLook w:firstColumn="1" w:firstRow="1" w:lastColumn="0" w:lastRow="0" w:noHBand="0" w:noVBand="1" w:val="04A0"/>
      </w:tblPr>
      <w:tblGrid>
        <w:gridCol w:w="4816"/>
        <w:gridCol w:w="4816"/>
      </w:tblGrid>
      <w:tr>
        <w:tc>
          <w:tcPr>
            <w:tcW w:type="dxa" w:w="3118"/>
            <w:shd w:val="clear" w:color="auto" w:fill="2B2522"/>
          </w:tcPr>
          <w:p>
            <w:r/>
            <w:r>
              <w:rPr>
                <w:b/>
                <w:color w:val="FFFFFF"/>
                <w:sz w:val="18"/>
              </w:rPr>
              <w:t>Item</w:t>
            </w:r>
          </w:p>
        </w:tc>
        <w:tc>
          <w:tcPr>
            <w:tcW w:type="dxa" w:w="6236"/>
            <w:shd w:val="clear" w:color="auto" w:fill="2B2522"/>
          </w:tcPr>
          <w:p>
            <w:r/>
            <w:r>
              <w:rPr>
                <w:b/>
                <w:color w:val="FFFFFF"/>
                <w:sz w:val="18"/>
              </w:rPr>
              <w:t>Details</w:t>
            </w:r>
          </w:p>
        </w:tc>
      </w:tr>
      <w:tr>
        <w:tc>
          <w:tcPr>
            <w:tcW w:type="dxa" w:w="3118"/>
          </w:tcPr>
          <w:p>
            <w:r>
              <w:rPr>
                <w:sz w:val="18"/>
              </w:rPr>
            </w:r>
            <w:r>
              <w:rPr>
                <w:b w:val="0"/>
                <w:i w:val="0"/>
                <w:sz w:val="18"/>
              </w:rPr>
              <w:t>Organization (legal name)</w:t>
            </w:r>
          </w:p>
        </w:tc>
        <w:tc>
          <w:tcPr>
            <w:tcW w:type="dxa" w:w="6236"/>
          </w:tcPr>
          <w:p>
            <w:r>
              <w:rPr>
                <w:sz w:val="18"/>
              </w:rPr>
            </w:r>
            <w:r>
              <w:rPr>
                <w:b/>
                <w:i w:val="0"/>
                <w:color w:val="8C6BAA"/>
                <w:sz w:val="18"/>
              </w:rPr>
              <w:t>[Organization legal name]</w:t>
            </w:r>
          </w:p>
        </w:tc>
      </w:tr>
      <w:tr>
        <w:tc>
          <w:tcPr>
            <w:tcW w:type="dxa" w:w="3118"/>
          </w:tcPr>
          <w:p>
            <w:r>
              <w:rPr>
                <w:sz w:val="18"/>
              </w:rPr>
            </w:r>
            <w:r>
              <w:rPr>
                <w:b w:val="0"/>
                <w:i w:val="0"/>
                <w:sz w:val="18"/>
              </w:rPr>
              <w:t>EIN / tax status</w:t>
            </w:r>
          </w:p>
        </w:tc>
        <w:tc>
          <w:tcPr>
            <w:tcW w:type="dxa" w:w="6236"/>
          </w:tcPr>
          <w:p>
            <w:r>
              <w:rPr>
                <w:sz w:val="18"/>
              </w:rPr>
            </w:r>
            <w:r>
              <w:rPr>
                <w:b/>
                <w:i w:val="0"/>
                <w:color w:val="8C6BAA"/>
                <w:sz w:val="18"/>
              </w:rPr>
              <w:t>[XX-XXXXXXX]</w:t>
            </w:r>
            <w:r>
              <w:rPr>
                <w:b w:val="0"/>
                <w:i w:val="0"/>
                <w:sz w:val="18"/>
              </w:rPr>
              <w:t xml:space="preserve"> · </w:t>
            </w:r>
            <w:r>
              <w:rPr>
                <w:b/>
                <w:i w:val="0"/>
                <w:color w:val="8C6BAA"/>
                <w:sz w:val="18"/>
              </w:rPr>
              <w:t>[501(c)(3) public charity]</w:t>
            </w:r>
          </w:p>
        </w:tc>
      </w:tr>
      <w:tr>
        <w:tc>
          <w:tcPr>
            <w:tcW w:type="dxa" w:w="3118"/>
          </w:tcPr>
          <w:p>
            <w:r>
              <w:rPr>
                <w:sz w:val="18"/>
              </w:rPr>
            </w:r>
            <w:r>
              <w:rPr>
                <w:b w:val="0"/>
                <w:i w:val="0"/>
                <w:sz w:val="18"/>
              </w:rPr>
              <w:t>Address</w:t>
            </w:r>
          </w:p>
        </w:tc>
        <w:tc>
          <w:tcPr>
            <w:tcW w:type="dxa" w:w="6236"/>
          </w:tcPr>
          <w:p>
            <w:r>
              <w:rPr>
                <w:sz w:val="18"/>
              </w:rPr>
            </w:r>
            <w:r>
              <w:rPr>
                <w:b/>
                <w:i w:val="0"/>
                <w:color w:val="8C6BAA"/>
                <w:sz w:val="18"/>
              </w:rPr>
              <w:t>[Street, City, State ZIP]</w:t>
            </w:r>
          </w:p>
        </w:tc>
      </w:tr>
      <w:tr>
        <w:tc>
          <w:tcPr>
            <w:tcW w:type="dxa" w:w="3118"/>
          </w:tcPr>
          <w:p>
            <w:r>
              <w:rPr>
                <w:sz w:val="18"/>
              </w:rPr>
            </w:r>
            <w:r>
              <w:rPr>
                <w:b w:val="0"/>
                <w:i w:val="0"/>
                <w:sz w:val="18"/>
              </w:rPr>
              <w:t>Website</w:t>
            </w:r>
          </w:p>
        </w:tc>
        <w:tc>
          <w:tcPr>
            <w:tcW w:type="dxa" w:w="6236"/>
          </w:tcPr>
          <w:p>
            <w:r>
              <w:rPr>
                <w:sz w:val="18"/>
              </w:rPr>
            </w:r>
            <w:r>
              <w:rPr>
                <w:b/>
                <w:i w:val="0"/>
                <w:color w:val="8C6BAA"/>
                <w:sz w:val="18"/>
              </w:rPr>
              <w:t>[website]</w:t>
            </w:r>
          </w:p>
        </w:tc>
      </w:tr>
      <w:tr>
        <w:tc>
          <w:tcPr>
            <w:tcW w:type="dxa" w:w="3118"/>
          </w:tcPr>
          <w:p>
            <w:r>
              <w:rPr>
                <w:sz w:val="18"/>
              </w:rPr>
            </w:r>
            <w:r>
              <w:rPr>
                <w:b w:val="0"/>
                <w:i w:val="0"/>
                <w:sz w:val="18"/>
              </w:rPr>
              <w:t>Primary contact</w:t>
            </w:r>
          </w:p>
        </w:tc>
        <w:tc>
          <w:tcPr>
            <w:tcW w:type="dxa" w:w="6236"/>
          </w:tcPr>
          <w:p>
            <w:r>
              <w:rPr>
                <w:sz w:val="18"/>
              </w:rPr>
            </w:r>
            <w:r>
              <w:rPr>
                <w:b/>
                <w:i w:val="0"/>
                <w:color w:val="8C6BAA"/>
                <w:sz w:val="18"/>
              </w:rPr>
              <w:t>[Name, Title]</w:t>
            </w:r>
            <w:r>
              <w:rPr>
                <w:b w:val="0"/>
                <w:i w:val="0"/>
                <w:sz w:val="18"/>
              </w:rPr>
              <w:t xml:space="preserve"> · </w:t>
            </w:r>
            <w:r>
              <w:rPr>
                <w:b/>
                <w:i w:val="0"/>
                <w:color w:val="8C6BAA"/>
                <w:sz w:val="18"/>
              </w:rPr>
              <w:t>[email]</w:t>
            </w:r>
            <w:r>
              <w:rPr>
                <w:b w:val="0"/>
                <w:i w:val="0"/>
                <w:sz w:val="18"/>
              </w:rPr>
              <w:t xml:space="preserve"> · </w:t>
            </w:r>
            <w:r>
              <w:rPr>
                <w:b/>
                <w:i w:val="0"/>
                <w:color w:val="8C6BAA"/>
                <w:sz w:val="18"/>
              </w:rPr>
              <w:t>[phone]</w:t>
            </w:r>
          </w:p>
        </w:tc>
      </w:tr>
      <w:tr>
        <w:tc>
          <w:tcPr>
            <w:tcW w:type="dxa" w:w="3118"/>
          </w:tcPr>
          <w:p>
            <w:r>
              <w:rPr>
                <w:sz w:val="18"/>
              </w:rPr>
            </w:r>
            <w:r>
              <w:rPr>
                <w:b w:val="0"/>
                <w:i w:val="0"/>
                <w:sz w:val="18"/>
              </w:rPr>
              <w:t>Project title</w:t>
            </w:r>
          </w:p>
        </w:tc>
        <w:tc>
          <w:tcPr>
            <w:tcW w:type="dxa" w:w="6236"/>
          </w:tcPr>
          <w:p>
            <w:r>
              <w:rPr>
                <w:sz w:val="18"/>
              </w:rPr>
            </w:r>
            <w:r>
              <w:rPr>
                <w:b/>
                <w:i w:val="0"/>
                <w:color w:val="8C6BAA"/>
                <w:sz w:val="18"/>
              </w:rPr>
              <w:t>[Project title]</w:t>
            </w:r>
          </w:p>
        </w:tc>
      </w:tr>
      <w:tr>
        <w:tc>
          <w:tcPr>
            <w:tcW w:type="dxa" w:w="3118"/>
          </w:tcPr>
          <w:p>
            <w:r>
              <w:rPr>
                <w:sz w:val="18"/>
              </w:rPr>
            </w:r>
            <w:r>
              <w:rPr>
                <w:b w:val="0"/>
                <w:i w:val="0"/>
                <w:sz w:val="18"/>
              </w:rPr>
              <w:t>Amount requested</w:t>
            </w:r>
          </w:p>
        </w:tc>
        <w:tc>
          <w:tcPr>
            <w:tcW w:type="dxa" w:w="6236"/>
          </w:tcPr>
          <w:p>
            <w:r>
              <w:rPr>
                <w:sz w:val="18"/>
              </w:rPr>
            </w:r>
            <w:r>
              <w:rPr>
                <w:b/>
                <w:i w:val="0"/>
                <w:color w:val="8C6BAA"/>
                <w:sz w:val="18"/>
              </w:rPr>
              <w:t>[$ amount]</w:t>
            </w:r>
          </w:p>
        </w:tc>
      </w:tr>
      <w:tr>
        <w:tc>
          <w:tcPr>
            <w:tcW w:type="dxa" w:w="3118"/>
          </w:tcPr>
          <w:p>
            <w:r>
              <w:rPr>
                <w:sz w:val="18"/>
              </w:rPr>
            </w:r>
            <w:r>
              <w:rPr>
                <w:b w:val="0"/>
                <w:i w:val="0"/>
                <w:sz w:val="18"/>
              </w:rPr>
              <w:t>Total project budget</w:t>
            </w:r>
          </w:p>
        </w:tc>
        <w:tc>
          <w:tcPr>
            <w:tcW w:type="dxa" w:w="6236"/>
          </w:tcPr>
          <w:p>
            <w:r>
              <w:rPr>
                <w:sz w:val="18"/>
              </w:rPr>
            </w:r>
            <w:r>
              <w:rPr>
                <w:b/>
                <w:i w:val="0"/>
                <w:color w:val="8C6BAA"/>
                <w:sz w:val="18"/>
              </w:rPr>
              <w:t>[$ amount]</w:t>
            </w:r>
          </w:p>
        </w:tc>
      </w:tr>
      <w:tr>
        <w:tc>
          <w:tcPr>
            <w:tcW w:type="dxa" w:w="3118"/>
          </w:tcPr>
          <w:p>
            <w:r>
              <w:rPr>
                <w:sz w:val="18"/>
              </w:rPr>
            </w:r>
            <w:r>
              <w:rPr>
                <w:b w:val="0"/>
                <w:i w:val="0"/>
                <w:sz w:val="18"/>
              </w:rPr>
              <w:t>Project period</w:t>
            </w:r>
          </w:p>
        </w:tc>
        <w:tc>
          <w:tcPr>
            <w:tcW w:type="dxa" w:w="6236"/>
          </w:tcPr>
          <w:p>
            <w:r>
              <w:rPr>
                <w:sz w:val="18"/>
              </w:rPr>
            </w:r>
            <w:r>
              <w:rPr>
                <w:b/>
                <w:i w:val="0"/>
                <w:color w:val="8C6BAA"/>
                <w:sz w:val="18"/>
              </w:rPr>
              <w:t>[Start date]</w:t>
            </w:r>
            <w:r>
              <w:rPr>
                <w:b w:val="0"/>
                <w:i w:val="0"/>
                <w:sz w:val="18"/>
              </w:rPr>
              <w:t xml:space="preserve"> to </w:t>
            </w:r>
            <w:r>
              <w:rPr>
                <w:b/>
                <w:i w:val="0"/>
                <w:color w:val="8C6BAA"/>
                <w:sz w:val="18"/>
              </w:rPr>
              <w:t>[End date]</w:t>
            </w:r>
          </w:p>
        </w:tc>
      </w:tr>
      <w:tr>
        <w:tc>
          <w:tcPr>
            <w:tcW w:type="dxa" w:w="3118"/>
          </w:tcPr>
          <w:p>
            <w:r>
              <w:rPr>
                <w:sz w:val="18"/>
              </w:rPr>
            </w:r>
            <w:r>
              <w:rPr>
                <w:b w:val="0"/>
                <w:i w:val="0"/>
                <w:sz w:val="18"/>
              </w:rPr>
              <w:t>Organization's annual budget</w:t>
            </w:r>
          </w:p>
        </w:tc>
        <w:tc>
          <w:tcPr>
            <w:tcW w:type="dxa" w:w="6236"/>
          </w:tcPr>
          <w:p>
            <w:r>
              <w:rPr>
                <w:sz w:val="18"/>
              </w:rPr>
            </w:r>
            <w:r>
              <w:rPr>
                <w:b/>
                <w:i w:val="0"/>
                <w:color w:val="8C6BAA"/>
                <w:sz w:val="18"/>
              </w:rPr>
              <w:t>[$ amount]</w:t>
            </w:r>
          </w:p>
        </w:tc>
      </w:tr>
    </w:tbl>
    <w:p/>
    <w:p>
      <w:r>
        <w:br w:type="page"/>
      </w:r>
    </w:p>
    <w:p>
      <w:pPr>
        <w:pStyle w:val="Heading1"/>
      </w:pPr>
      <w:r>
        <w:t>1. Cover letter</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Optional unless the funder asks for one. One page, on letterhead, signed by your executive director or board chair. It introduces the request; it doesn't repeat the proposal.</w:t>
            </w:r>
          </w:p>
          <w:p>
            <w:pPr>
              <w:spacing w:after="80"/>
            </w:pPr>
            <w:r>
              <w:rPr>
                <w:b w:val="0"/>
                <w:i/>
                <w:color w:val="706D68"/>
                <w:sz w:val="20"/>
              </w:rPr>
              <w:t>Name the program officer if you know them, say how much you're requesting and for what, connect the project to one of the funder's stated priorities, and mention any prior conversation or relationship.</w:t>
            </w:r>
          </w:p>
        </w:tc>
      </w:tr>
    </w:tbl>
    <w:p>
      <w:pPr>
        <w:spacing w:after="0"/>
      </w:pPr>
    </w:p>
    <w:p>
      <w:r>
        <w:rPr>
          <w:b/>
          <w:i w:val="0"/>
          <w:color w:val="8C6BAA"/>
        </w:rPr>
        <w:t>[Date]</w:t>
      </w:r>
    </w:p>
    <w:p>
      <w:r>
        <w:rPr>
          <w:b/>
          <w:i w:val="0"/>
          <w:color w:val="8C6BAA"/>
        </w:rPr>
        <w:t>[Program officer name]</w:t>
      </w:r>
      <w:r>
        <w:rPr>
          <w:b w:val="0"/>
          <w:i w:val="0"/>
        </w:rPr>
        <w:br/>
      </w:r>
      <w:r>
        <w:rPr>
          <w:b/>
          <w:i w:val="0"/>
          <w:color w:val="8C6BAA"/>
        </w:rPr>
        <w:t>[Title]</w:t>
      </w:r>
      <w:r>
        <w:rPr>
          <w:b w:val="0"/>
          <w:i w:val="0"/>
        </w:rPr>
        <w:br/>
      </w:r>
      <w:r>
        <w:rPr>
          <w:b/>
          <w:i w:val="0"/>
          <w:color w:val="8C6BAA"/>
        </w:rPr>
        <w:t>[Funder name]</w:t>
      </w:r>
      <w:r>
        <w:rPr>
          <w:b w:val="0"/>
          <w:i w:val="0"/>
        </w:rPr>
        <w:br/>
      </w:r>
      <w:r>
        <w:rPr>
          <w:b/>
          <w:i w:val="0"/>
          <w:color w:val="8C6BAA"/>
        </w:rPr>
        <w:t>[Address]</w:t>
      </w:r>
    </w:p>
    <w:p>
      <w:r>
        <w:rPr>
          <w:b w:val="0"/>
          <w:i w:val="0"/>
        </w:rPr>
        <w:t xml:space="preserve">Dear </w:t>
      </w:r>
      <w:r>
        <w:rPr>
          <w:b/>
          <w:i w:val="0"/>
          <w:color w:val="8C6BAA"/>
        </w:rPr>
        <w:t>[Program officer name]</w:t>
      </w:r>
      <w:r>
        <w:rPr>
          <w:b w:val="0"/>
          <w:i w:val="0"/>
        </w:rPr>
        <w:t>,</w:t>
      </w:r>
    </w:p>
    <w:p>
      <w:r>
        <w:rPr>
          <w:b w:val="0"/>
          <w:i w:val="0"/>
        </w:rPr>
        <w:t xml:space="preserve">On behalf of </w:t>
      </w:r>
      <w:r>
        <w:rPr>
          <w:b/>
          <w:i w:val="0"/>
          <w:color w:val="8C6BAA"/>
        </w:rPr>
        <w:t>[Organization name]</w:t>
      </w:r>
      <w:r>
        <w:rPr>
          <w:b w:val="0"/>
          <w:i w:val="0"/>
        </w:rPr>
        <w:t xml:space="preserve">, I am pleased to request </w:t>
      </w:r>
      <w:r>
        <w:rPr>
          <w:b/>
          <w:i w:val="0"/>
          <w:color w:val="8C6BAA"/>
        </w:rPr>
        <w:t>[$ amount]</w:t>
      </w:r>
      <w:r>
        <w:rPr>
          <w:b w:val="0"/>
          <w:i w:val="0"/>
        </w:rPr>
        <w:t xml:space="preserve"> over </w:t>
      </w:r>
      <w:r>
        <w:rPr>
          <w:b/>
          <w:i w:val="0"/>
          <w:color w:val="8C6BAA"/>
        </w:rPr>
        <w:t>[project period]</w:t>
      </w:r>
      <w:r>
        <w:rPr>
          <w:b w:val="0"/>
          <w:i w:val="0"/>
        </w:rPr>
        <w:t xml:space="preserve"> to support </w:t>
      </w:r>
      <w:r>
        <w:rPr>
          <w:b/>
          <w:i w:val="0"/>
          <w:color w:val="8C6BAA"/>
        </w:rPr>
        <w:t>[project title]</w:t>
      </w:r>
      <w:r>
        <w:rPr>
          <w:b w:val="0"/>
          <w:i w:val="0"/>
        </w:rPr>
        <w:t xml:space="preserve">, which will </w:t>
      </w:r>
      <w:r>
        <w:rPr>
          <w:b/>
          <w:i w:val="0"/>
          <w:color w:val="8C6BAA"/>
        </w:rPr>
        <w:t>[one-sentence result for whom]</w:t>
      </w:r>
      <w:r>
        <w:rPr>
          <w:b w:val="0"/>
          <w:i w:val="0"/>
        </w:rPr>
        <w:t xml:space="preserve">. This request responds to </w:t>
      </w:r>
      <w:r>
        <w:rPr>
          <w:b/>
          <w:i w:val="0"/>
          <w:color w:val="8C6BAA"/>
        </w:rPr>
        <w:t>[Funder name]</w:t>
      </w:r>
      <w:r>
        <w:rPr>
          <w:b w:val="0"/>
          <w:i w:val="0"/>
        </w:rPr>
        <w:t xml:space="preserve">'s priority of </w:t>
      </w:r>
      <w:r>
        <w:rPr>
          <w:b/>
          <w:i w:val="0"/>
          <w:color w:val="8C6BAA"/>
        </w:rPr>
        <w:t>[funder priority, in their words]</w:t>
      </w:r>
      <w:r>
        <w:rPr>
          <w:b w:val="0"/>
          <w:i w:val="0"/>
        </w:rPr>
        <w:t>.</w:t>
      </w:r>
    </w:p>
    <w:p>
      <w:r>
        <w:rPr>
          <w:b/>
          <w:i w:val="0"/>
          <w:color w:val="8C6BAA"/>
        </w:rPr>
        <w:t>[One paragraph: the need in two sentences, what you will do, and why your organization is well placed to do it.]</w:t>
      </w:r>
    </w:p>
    <w:p>
      <w:r>
        <w:rPr>
          <w:b/>
          <w:i w:val="0"/>
          <w:color w:val="8C6BAA"/>
        </w:rPr>
        <w:t>[One paragraph: total project cost, other funders or cost share, and how the work continues after the grant.]</w:t>
      </w:r>
    </w:p>
    <w:p>
      <w:r>
        <w:rPr>
          <w:b w:val="0"/>
          <w:i w:val="0"/>
        </w:rPr>
        <w:t xml:space="preserve">Thank you for considering this request. </w:t>
      </w:r>
      <w:r>
        <w:rPr>
          <w:b/>
          <w:i w:val="0"/>
          <w:color w:val="8C6BAA"/>
        </w:rPr>
        <w:t>[Contact name]</w:t>
      </w:r>
      <w:r>
        <w:rPr>
          <w:b w:val="0"/>
          <w:i w:val="0"/>
        </w:rPr>
        <w:t xml:space="preserve"> at </w:t>
      </w:r>
      <w:r>
        <w:rPr>
          <w:b/>
          <w:i w:val="0"/>
          <w:color w:val="8C6BAA"/>
        </w:rPr>
        <w:t>[email]</w:t>
      </w:r>
      <w:r>
        <w:rPr>
          <w:b w:val="0"/>
          <w:i w:val="0"/>
        </w:rPr>
        <w:t xml:space="preserve"> or </w:t>
      </w:r>
      <w:r>
        <w:rPr>
          <w:b/>
          <w:i w:val="0"/>
          <w:color w:val="8C6BAA"/>
        </w:rPr>
        <w:t>[phone]</w:t>
      </w:r>
      <w:r>
        <w:rPr>
          <w:b w:val="0"/>
          <w:i w:val="0"/>
        </w:rPr>
        <w:t xml:space="preserve"> can answer any questions.</w:t>
      </w:r>
    </w:p>
    <w:p>
      <w:r>
        <w:rPr>
          <w:b w:val="0"/>
          <w:i w:val="0"/>
        </w:rPr>
        <w:t>Sincerely,</w:t>
        <w:br/>
        <w:br/>
      </w:r>
      <w:r>
        <w:rPr>
          <w:b/>
          <w:i w:val="0"/>
          <w:color w:val="8C6BAA"/>
        </w:rPr>
        <w:t>[Name]</w:t>
      </w:r>
      <w:r>
        <w:rPr>
          <w:b w:val="0"/>
          <w:i w:val="0"/>
        </w:rPr>
        <w:br/>
      </w:r>
      <w:r>
        <w:rPr>
          <w:b/>
          <w:i w:val="0"/>
          <w:color w:val="8C6BAA"/>
        </w:rPr>
        <w:t>[Title]</w:t>
      </w:r>
      <w:r>
        <w:rPr>
          <w:b w:val="0"/>
          <w:i w:val="0"/>
        </w:rPr>
        <w:t xml:space="preserve">, </w:t>
      </w:r>
      <w:r>
        <w:rPr>
          <w:b/>
          <w:i w:val="0"/>
          <w:color w:val="8C6BAA"/>
        </w:rPr>
        <w:t>[Organization name]</w:t>
      </w:r>
    </w:p>
    <w:p>
      <w:pPr>
        <w:pStyle w:val="Heading1"/>
      </w:pPr>
      <w:r>
        <w:t>2. Executive summary</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Half a page, about 200–300 words. Many reviewers read only this before deciding how closely to read the rest, so it has to stand on its own. Write it last.</w:t>
            </w:r>
          </w:p>
          <w:p>
            <w:pPr>
              <w:spacing w:after="80"/>
            </w:pPr>
            <w:r>
              <w:rPr>
                <w:b w:val="0"/>
                <w:i/>
                <w:color w:val="706D68"/>
                <w:sz w:val="20"/>
              </w:rPr>
              <w:t>One or two sentences each: who you are, the problem, what you'll do, who benefits and how many, the result you expect, how much you're requesting and the total project cost.</w:t>
            </w:r>
          </w:p>
        </w:tc>
      </w:tr>
    </w:tbl>
    <w:p>
      <w:pPr>
        <w:spacing w:after="0"/>
      </w:pPr>
    </w:p>
    <w:p>
      <w:pPr>
        <w:spacing w:after="40"/>
      </w:pPr>
      <w:r>
        <w:rPr>
          <w:b/>
          <w:color w:val="706D68"/>
          <w:sz w:val="18"/>
        </w:rPr>
        <w:t>Answer these:</w:t>
      </w:r>
    </w:p>
    <w:p>
      <w:pPr>
        <w:pStyle w:val="ListBullet"/>
        <w:spacing w:after="0"/>
      </w:pPr>
      <w:r>
        <w:rPr>
          <w:b w:val="0"/>
          <w:i w:val="0"/>
          <w:color w:val="706D68"/>
        </w:rPr>
        <w:t>Could someone who reads only this paragraph explain your project to a colleague?</w:t>
      </w:r>
    </w:p>
    <w:p>
      <w:pPr>
        <w:pStyle w:val="ListBullet"/>
        <w:spacing w:after="0"/>
      </w:pPr>
      <w:r>
        <w:rPr>
          <w:b w:val="0"/>
          <w:i w:val="0"/>
          <w:color w:val="706D68"/>
        </w:rPr>
        <w:t>Does it state the amount requested, the time period and the number of people served?</w:t>
      </w:r>
    </w:p>
    <w:p>
      <w:pPr>
        <w:spacing w:after="0"/>
      </w:pPr>
    </w:p>
    <w:p>
      <w:r>
        <w:rPr>
          <w:b/>
          <w:i w:val="0"/>
          <w:color w:val="8C6BAA"/>
        </w:rPr>
        <w:t>[Organization name]</w:t>
      </w:r>
      <w:r>
        <w:rPr>
          <w:b w:val="0"/>
          <w:i w:val="0"/>
        </w:rPr>
        <w:t xml:space="preserve"> requests </w:t>
      </w:r>
      <w:r>
        <w:rPr>
          <w:b/>
          <w:i w:val="0"/>
          <w:color w:val="8C6BAA"/>
        </w:rPr>
        <w:t>[$ amount]</w:t>
      </w:r>
      <w:r>
        <w:rPr>
          <w:b w:val="0"/>
          <w:i w:val="0"/>
        </w:rPr>
        <w:t xml:space="preserve"> over </w:t>
      </w:r>
      <w:r>
        <w:rPr>
          <w:b/>
          <w:i w:val="0"/>
          <w:color w:val="8C6BAA"/>
        </w:rPr>
        <w:t>[project period]</w:t>
      </w:r>
      <w:r>
        <w:rPr>
          <w:b w:val="0"/>
          <w:i w:val="0"/>
        </w:rPr>
        <w:t xml:space="preserve"> to </w:t>
      </w:r>
      <w:r>
        <w:rPr>
          <w:b/>
          <w:i w:val="0"/>
          <w:color w:val="8C6BAA"/>
        </w:rPr>
        <w:t>[what the project does]</w:t>
      </w:r>
      <w:r>
        <w:rPr>
          <w:b w:val="0"/>
          <w:i w:val="0"/>
        </w:rPr>
        <w:t xml:space="preserve"> for </w:t>
      </w:r>
      <w:r>
        <w:rPr>
          <w:b/>
          <w:i w:val="0"/>
          <w:color w:val="8C6BAA"/>
        </w:rPr>
        <w:t>[number and description of participants]</w:t>
      </w:r>
      <w:r>
        <w:rPr>
          <w:b w:val="0"/>
          <w:i w:val="0"/>
        </w:rPr>
        <w:t xml:space="preserve"> in </w:t>
      </w:r>
      <w:r>
        <w:rPr>
          <w:b/>
          <w:i w:val="0"/>
          <w:color w:val="8C6BAA"/>
        </w:rPr>
        <w:t>[place]</w:t>
      </w:r>
      <w:r>
        <w:rPr>
          <w:b w:val="0"/>
          <w:i w:val="0"/>
        </w:rPr>
        <w:t xml:space="preserve">. </w:t>
      </w:r>
      <w:r>
        <w:rPr>
          <w:b/>
          <w:i w:val="0"/>
          <w:color w:val="8C6BAA"/>
        </w:rPr>
        <w:t>[The need in one or two sentences, with one number.]</w:t>
      </w:r>
      <w:r>
        <w:rPr>
          <w:b w:val="0"/>
          <w:i w:val="0"/>
        </w:rPr>
        <w:t xml:space="preserve"> </w:t>
      </w:r>
      <w:r>
        <w:rPr>
          <w:b/>
          <w:i w:val="0"/>
          <w:color w:val="8C6BAA"/>
        </w:rPr>
        <w:t>[What you will do.]</w:t>
      </w:r>
      <w:r>
        <w:rPr>
          <w:b w:val="0"/>
          <w:i w:val="0"/>
        </w:rPr>
        <w:t xml:space="preserve"> By </w:t>
      </w:r>
      <w:r>
        <w:rPr>
          <w:b/>
          <w:i w:val="0"/>
          <w:color w:val="8C6BAA"/>
        </w:rPr>
        <w:t>[end date]</w:t>
      </w:r>
      <w:r>
        <w:rPr>
          <w:b w:val="0"/>
          <w:i w:val="0"/>
        </w:rPr>
        <w:t xml:space="preserve">, </w:t>
      </w:r>
      <w:r>
        <w:rPr>
          <w:b/>
          <w:i w:val="0"/>
          <w:color w:val="8C6BAA"/>
        </w:rPr>
        <w:t>[measurable result]</w:t>
      </w:r>
      <w:r>
        <w:rPr>
          <w:b w:val="0"/>
          <w:i w:val="0"/>
        </w:rPr>
        <w:t xml:space="preserve">. The total project cost is </w:t>
      </w:r>
      <w:r>
        <w:rPr>
          <w:b/>
          <w:i w:val="0"/>
          <w:color w:val="8C6BAA"/>
        </w:rPr>
        <w:t>[$ amount]</w:t>
      </w:r>
      <w:r>
        <w:rPr>
          <w:b w:val="0"/>
          <w:i w:val="0"/>
        </w:rPr>
        <w:t xml:space="preserve">; </w:t>
      </w:r>
      <w:r>
        <w:rPr>
          <w:b/>
          <w:i w:val="0"/>
          <w:color w:val="8C6BAA"/>
        </w:rPr>
        <w:t>[other sources]</w:t>
      </w:r>
      <w:r>
        <w:rPr>
          <w:b w:val="0"/>
          <w:i w:val="0"/>
        </w:rPr>
        <w:t xml:space="preserve"> will cover the remainder.</w:t>
      </w:r>
    </w:p>
    <w:p>
      <w:pPr>
        <w:pStyle w:val="Heading1"/>
      </w:pPr>
      <w:r>
        <w:t>3. Organization background</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Half a page to a page. It establishes that you can deliver. Keep it about this project: history, mission, the people you serve, relevant results and the staff who will lead the work.</w:t>
            </w:r>
          </w:p>
          <w:p>
            <w:pPr>
              <w:spacing w:after="80"/>
            </w:pPr>
            <w:r>
              <w:rPr>
                <w:b w:val="0"/>
                <w:i/>
                <w:color w:val="706D68"/>
                <w:sz w:val="20"/>
              </w:rPr>
              <w:t>This is the section most worth keeping as reusable boilerplate. Update the numbers each time.</w:t>
            </w:r>
          </w:p>
        </w:tc>
      </w:tr>
    </w:tbl>
    <w:p>
      <w:pPr>
        <w:spacing w:after="0"/>
      </w:pPr>
    </w:p>
    <w:p>
      <w:pPr>
        <w:spacing w:after="40"/>
      </w:pPr>
      <w:r>
        <w:rPr>
          <w:b/>
          <w:color w:val="706D68"/>
          <w:sz w:val="18"/>
        </w:rPr>
        <w:t>Answer these:</w:t>
      </w:r>
    </w:p>
    <w:p>
      <w:pPr>
        <w:pStyle w:val="ListBullet"/>
        <w:spacing w:after="0"/>
      </w:pPr>
      <w:r>
        <w:rPr>
          <w:b w:val="0"/>
          <w:i w:val="0"/>
          <w:color w:val="706D68"/>
        </w:rPr>
        <w:t>When and why were you founded, and what is your mission (one sentence)?</w:t>
      </w:r>
    </w:p>
    <w:p>
      <w:pPr>
        <w:pStyle w:val="ListBullet"/>
        <w:spacing w:after="0"/>
      </w:pPr>
      <w:r>
        <w:rPr>
          <w:b w:val="0"/>
          <w:i w:val="0"/>
          <w:color w:val="706D68"/>
        </w:rPr>
        <w:t>Who do you serve, where, and how many people each year?</w:t>
      </w:r>
    </w:p>
    <w:p>
      <w:pPr>
        <w:pStyle w:val="ListBullet"/>
        <w:spacing w:after="0"/>
      </w:pPr>
      <w:r>
        <w:rPr>
          <w:b w:val="0"/>
          <w:i w:val="0"/>
          <w:color w:val="706D68"/>
        </w:rPr>
        <w:t>What results from similar work can you point to (with numbers)?</w:t>
      </w:r>
    </w:p>
    <w:p>
      <w:pPr>
        <w:pStyle w:val="ListBullet"/>
        <w:spacing w:after="0"/>
      </w:pPr>
      <w:r>
        <w:rPr>
          <w:b w:val="0"/>
          <w:i w:val="0"/>
          <w:color w:val="706D68"/>
        </w:rPr>
        <w:t>Who will lead this project, and what makes them qualified?</w:t>
      </w:r>
    </w:p>
    <w:p>
      <w:pPr>
        <w:spacing w:after="0"/>
      </w:pPr>
    </w:p>
    <w:p>
      <w:r>
        <w:rPr>
          <w:b/>
          <w:i w:val="0"/>
          <w:color w:val="8C6BAA"/>
        </w:rPr>
        <w:t>[Organization name]</w:t>
      </w:r>
      <w:r>
        <w:rPr>
          <w:b w:val="0"/>
          <w:i w:val="0"/>
        </w:rPr>
        <w:t xml:space="preserve"> was founded in </w:t>
      </w:r>
      <w:r>
        <w:rPr>
          <w:b/>
          <w:i w:val="0"/>
          <w:color w:val="8C6BAA"/>
        </w:rPr>
        <w:t>[year]</w:t>
      </w:r>
      <w:r>
        <w:rPr>
          <w:b w:val="0"/>
          <w:i w:val="0"/>
        </w:rPr>
        <w:t xml:space="preserve"> to </w:t>
      </w:r>
      <w:r>
        <w:rPr>
          <w:b/>
          <w:i w:val="0"/>
          <w:color w:val="8C6BAA"/>
        </w:rPr>
        <w:t>[mission]</w:t>
      </w:r>
      <w:r>
        <w:rPr>
          <w:b w:val="0"/>
          <w:i w:val="0"/>
        </w:rPr>
        <w:t xml:space="preserve">. Each year we serve </w:t>
      </w:r>
      <w:r>
        <w:rPr>
          <w:b/>
          <w:i w:val="0"/>
          <w:color w:val="8C6BAA"/>
        </w:rPr>
        <w:t>[number]</w:t>
      </w:r>
      <w:r>
        <w:rPr>
          <w:b w:val="0"/>
          <w:i w:val="0"/>
        </w:rPr>
        <w:t xml:space="preserve"> </w:t>
      </w:r>
      <w:r>
        <w:rPr>
          <w:b/>
          <w:i w:val="0"/>
          <w:color w:val="8C6BAA"/>
        </w:rPr>
        <w:t>[people]</w:t>
      </w:r>
      <w:r>
        <w:rPr>
          <w:b w:val="0"/>
          <w:i w:val="0"/>
        </w:rPr>
        <w:t xml:space="preserve"> in </w:t>
      </w:r>
      <w:r>
        <w:rPr>
          <w:b/>
          <w:i w:val="0"/>
          <w:color w:val="8C6BAA"/>
        </w:rPr>
        <w:t>[geography]</w:t>
      </w:r>
      <w:r>
        <w:rPr>
          <w:b w:val="0"/>
          <w:i w:val="0"/>
        </w:rPr>
        <w:t xml:space="preserve"> through </w:t>
      </w:r>
      <w:r>
        <w:rPr>
          <w:b/>
          <w:i w:val="0"/>
          <w:color w:val="8C6BAA"/>
        </w:rPr>
        <w:t>[main programs]</w:t>
      </w:r>
      <w:r>
        <w:rPr>
          <w:b w:val="0"/>
          <w:i w:val="0"/>
        </w:rPr>
        <w:t xml:space="preserve">. </w:t>
      </w:r>
      <w:r>
        <w:rPr>
          <w:b/>
          <w:i w:val="0"/>
          <w:color w:val="8C6BAA"/>
        </w:rPr>
        <w:t>[One or two results from related work, with numbers.]</w:t>
      </w:r>
      <w:r>
        <w:rPr>
          <w:b w:val="0"/>
          <w:i w:val="0"/>
        </w:rPr>
        <w:t xml:space="preserve"> </w:t>
      </w:r>
      <w:r>
        <w:rPr>
          <w:b/>
          <w:i w:val="0"/>
          <w:color w:val="8C6BAA"/>
        </w:rPr>
        <w:t>[Key staff member, title]</w:t>
      </w:r>
      <w:r>
        <w:rPr>
          <w:b w:val="0"/>
          <w:i w:val="0"/>
        </w:rPr>
        <w:t xml:space="preserve"> will lead the project; </w:t>
      </w:r>
      <w:r>
        <w:rPr>
          <w:b/>
          <w:i w:val="0"/>
          <w:color w:val="8C6BAA"/>
        </w:rPr>
        <w:t>[one sentence on their experience]</w:t>
      </w:r>
      <w:r>
        <w:rPr>
          <w:b w:val="0"/>
          <w:i w:val="0"/>
        </w:rPr>
        <w:t>.</w:t>
      </w:r>
    </w:p>
    <w:p>
      <w:pPr>
        <w:pStyle w:val="Heading1"/>
      </w:pPr>
      <w:r>
        <w:t>4. Statement of need</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One to two pages. The problem the project addresses, for these people, in this place, and why now. Use local data where you can, cite your sources, and add one short story or quote.</w:t>
            </w:r>
          </w:p>
          <w:p>
            <w:pPr>
              <w:spacing w:after="80"/>
            </w:pPr>
            <w:r>
              <w:rPr>
                <w:b w:val="0"/>
                <w:i/>
                <w:color w:val="706D68"/>
                <w:sz w:val="20"/>
              </w:rPr>
              <w:t>Describe the community's need, not your organization's need for money. Show the gap the project fills: what's missing or not working today.</w:t>
            </w:r>
          </w:p>
        </w:tc>
      </w:tr>
    </w:tbl>
    <w:p>
      <w:pPr>
        <w:spacing w:after="0"/>
      </w:pPr>
    </w:p>
    <w:p>
      <w:pPr>
        <w:spacing w:after="40"/>
      </w:pPr>
      <w:r>
        <w:rPr>
          <w:b/>
          <w:color w:val="706D68"/>
          <w:sz w:val="18"/>
        </w:rPr>
        <w:t>Answer these:</w:t>
      </w:r>
    </w:p>
    <w:p>
      <w:pPr>
        <w:pStyle w:val="ListBullet"/>
        <w:spacing w:after="0"/>
      </w:pPr>
      <w:r>
        <w:rPr>
          <w:b w:val="0"/>
          <w:i w:val="0"/>
          <w:color w:val="706D68"/>
        </w:rPr>
        <w:t>What is the problem, in one sentence?</w:t>
      </w:r>
    </w:p>
    <w:p>
      <w:pPr>
        <w:pStyle w:val="ListBullet"/>
        <w:spacing w:after="0"/>
      </w:pPr>
      <w:r>
        <w:rPr>
          <w:b w:val="0"/>
          <w:i w:val="0"/>
          <w:color w:val="706D68"/>
        </w:rPr>
        <w:t>What local evidence shows it (data, with sources and dates)?</w:t>
      </w:r>
    </w:p>
    <w:p>
      <w:pPr>
        <w:pStyle w:val="ListBullet"/>
        <w:spacing w:after="0"/>
      </w:pPr>
      <w:r>
        <w:rPr>
          <w:b w:val="0"/>
          <w:i w:val="0"/>
          <w:color w:val="706D68"/>
        </w:rPr>
        <w:t>Who is most affected, and what happens if nothing changes?</w:t>
      </w:r>
    </w:p>
    <w:p>
      <w:pPr>
        <w:pStyle w:val="ListBullet"/>
        <w:spacing w:after="0"/>
      </w:pPr>
      <w:r>
        <w:rPr>
          <w:b w:val="0"/>
          <w:i w:val="0"/>
          <w:color w:val="706D68"/>
        </w:rPr>
        <w:t>What already exists, and why isn't it enough?</w:t>
      </w:r>
    </w:p>
    <w:p>
      <w:pPr>
        <w:pStyle w:val="ListBullet"/>
        <w:spacing w:after="0"/>
      </w:pPr>
      <w:r>
        <w:rPr>
          <w:b w:val="0"/>
          <w:i w:val="0"/>
          <w:color w:val="706D68"/>
        </w:rPr>
        <w:t>How does this connect to the funder's priorities?</w:t>
      </w:r>
    </w:p>
    <w:p>
      <w:pPr>
        <w:spacing w:after="0"/>
      </w:pPr>
    </w:p>
    <w:p>
      <w:r>
        <w:rPr>
          <w:b/>
          <w:i w:val="0"/>
          <w:color w:val="8C6BAA"/>
        </w:rPr>
        <w:t>[The problem, in one sentence.]</w:t>
      </w:r>
      <w:r>
        <w:rPr>
          <w:b w:val="0"/>
          <w:i w:val="0"/>
        </w:rPr>
        <w:t xml:space="preserve"> </w:t>
      </w:r>
      <w:r>
        <w:rPr>
          <w:b/>
          <w:i w:val="0"/>
          <w:color w:val="8C6BAA"/>
        </w:rPr>
        <w:t>[Local data with source and year.]</w:t>
      </w:r>
      <w:r>
        <w:rPr>
          <w:b w:val="0"/>
          <w:i w:val="0"/>
        </w:rPr>
        <w:t xml:space="preserve"> </w:t>
      </w:r>
      <w:r>
        <w:rPr>
          <w:b/>
          <w:i w:val="0"/>
          <w:color w:val="8C6BAA"/>
        </w:rPr>
        <w:t>[Who is most affected and the consequence.]</w:t>
      </w:r>
      <w:r>
        <w:rPr>
          <w:b w:val="0"/>
          <w:i w:val="0"/>
        </w:rPr>
        <w:t xml:space="preserve"> </w:t>
      </w:r>
      <w:r>
        <w:rPr>
          <w:b/>
          <w:i w:val="0"/>
          <w:color w:val="8C6BAA"/>
        </w:rPr>
        <w:t>[What exists today and the gap.]</w:t>
      </w:r>
      <w:r>
        <w:rPr>
          <w:b w:val="0"/>
          <w:i w:val="0"/>
        </w:rPr>
        <w:t xml:space="preserve"> </w:t>
      </w:r>
      <w:r>
        <w:rPr>
          <w:b/>
          <w:i w:val="0"/>
          <w:color w:val="8C6BAA"/>
        </w:rPr>
        <w:t>[A short story or quote from someone you serve, with permission.]</w:t>
      </w:r>
    </w:p>
    <w:p>
      <w:pPr>
        <w:pStyle w:val="Heading1"/>
      </w:pPr>
      <w:r>
        <w:t>5. Goals and objectives</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A goal is the broad change you want. Objectives are the specific, measurable steps toward it: who will change, by how much, measured how, and by when (SMART).</w:t>
            </w:r>
          </w:p>
          <w:p>
            <w:pPr>
              <w:spacing w:after="80"/>
            </w:pPr>
            <w:r>
              <w:rPr>
                <w:b w:val="0"/>
                <w:i/>
                <w:color w:val="706D68"/>
                <w:sz w:val="20"/>
              </w:rPr>
              <w:t>Two or three objectives are usually enough. Each one should reappear in your evaluation plan.</w:t>
            </w:r>
          </w:p>
        </w:tc>
      </w:tr>
    </w:tbl>
    <w:p>
      <w:pPr>
        <w:spacing w:after="0"/>
      </w:pPr>
    </w:p>
    <w:p>
      <w:r>
        <w:rPr>
          <w:b w:val="0"/>
          <w:i w:val="0"/>
        </w:rPr>
        <w:t xml:space="preserve">Goal: </w:t>
      </w:r>
      <w:r>
        <w:rPr>
          <w:b/>
          <w:i w:val="0"/>
          <w:color w:val="8C6BAA"/>
        </w:rPr>
        <w:t>[The broad change you want to see.]</w:t>
      </w:r>
    </w:p>
    <w:tbl>
      <w:tblPr>
        <w:tblStyle w:val="TableGrid"/>
        <w:tblW w:type="auto" w:w="0"/>
        <w:jc w:val="center"/>
        <w:tblLook w:firstColumn="1" w:firstRow="1" w:lastColumn="0" w:lastRow="0" w:noHBand="0" w:noVBand="1" w:val="04A0"/>
      </w:tblPr>
      <w:tblGrid>
        <w:gridCol w:w="2408"/>
        <w:gridCol w:w="2408"/>
        <w:gridCol w:w="2408"/>
        <w:gridCol w:w="2408"/>
      </w:tblGrid>
      <w:tr>
        <w:tc>
          <w:tcPr>
            <w:tcW w:type="dxa" w:w="3685"/>
            <w:shd w:val="clear" w:color="auto" w:fill="2B2522"/>
          </w:tcPr>
          <w:p>
            <w:r/>
            <w:r>
              <w:rPr>
                <w:b/>
                <w:color w:val="FFFFFF"/>
                <w:sz w:val="18"/>
              </w:rPr>
              <w:t>Objective</w:t>
            </w:r>
          </w:p>
        </w:tc>
        <w:tc>
          <w:tcPr>
            <w:tcW w:type="dxa" w:w="2551"/>
            <w:shd w:val="clear" w:color="auto" w:fill="2B2522"/>
          </w:tcPr>
          <w:p>
            <w:r/>
            <w:r>
              <w:rPr>
                <w:b/>
                <w:color w:val="FFFFFF"/>
                <w:sz w:val="18"/>
              </w:rPr>
              <w:t>Measure</w:t>
            </w:r>
          </w:p>
        </w:tc>
        <w:tc>
          <w:tcPr>
            <w:tcW w:type="dxa" w:w="1417"/>
            <w:shd w:val="clear" w:color="auto" w:fill="2B2522"/>
          </w:tcPr>
          <w:p>
            <w:r/>
            <w:r>
              <w:rPr>
                <w:b/>
                <w:color w:val="FFFFFF"/>
                <w:sz w:val="18"/>
              </w:rPr>
              <w:t>Target</w:t>
            </w:r>
          </w:p>
        </w:tc>
        <w:tc>
          <w:tcPr>
            <w:tcW w:type="dxa" w:w="1417"/>
            <w:shd w:val="clear" w:color="auto" w:fill="2B2522"/>
          </w:tcPr>
          <w:p>
            <w:r/>
            <w:r>
              <w:rPr>
                <w:b/>
                <w:color w:val="FFFFFF"/>
                <w:sz w:val="18"/>
              </w:rPr>
              <w:t>By when</w:t>
            </w:r>
          </w:p>
        </w:tc>
      </w:tr>
      <w:tr>
        <w:tc>
          <w:tcPr>
            <w:tcW w:type="dxa" w:w="3685"/>
          </w:tcPr>
          <w:p>
            <w:r>
              <w:rPr>
                <w:sz w:val="18"/>
              </w:rPr>
            </w:r>
            <w:r>
              <w:rPr>
                <w:b/>
                <w:i w:val="0"/>
                <w:color w:val="8C6BAA"/>
                <w:sz w:val="18"/>
              </w:rPr>
              <w:t>[Objective 1: who will change and how]</w:t>
            </w:r>
          </w:p>
        </w:tc>
        <w:tc>
          <w:tcPr>
            <w:tcW w:type="dxa" w:w="2551"/>
          </w:tcPr>
          <w:p>
            <w:r>
              <w:rPr>
                <w:sz w:val="18"/>
              </w:rPr>
            </w:r>
            <w:r>
              <w:rPr>
                <w:b/>
                <w:i w:val="0"/>
                <w:color w:val="8C6BAA"/>
                <w:sz w:val="18"/>
              </w:rPr>
              <w:t>[Indicator and tool]</w:t>
            </w:r>
          </w:p>
        </w:tc>
        <w:tc>
          <w:tcPr>
            <w:tcW w:type="dxa" w:w="1417"/>
          </w:tcPr>
          <w:p>
            <w:r>
              <w:rPr>
                <w:sz w:val="18"/>
              </w:rPr>
            </w:r>
            <w:r>
              <w:rPr>
                <w:b/>
                <w:i w:val="0"/>
                <w:color w:val="8C6BAA"/>
                <w:sz w:val="18"/>
              </w:rPr>
              <w:t>[Number or %]</w:t>
            </w:r>
          </w:p>
        </w:tc>
        <w:tc>
          <w:tcPr>
            <w:tcW w:type="dxa" w:w="1417"/>
          </w:tcPr>
          <w:p>
            <w:r>
              <w:rPr>
                <w:sz w:val="18"/>
              </w:rPr>
            </w:r>
            <w:r>
              <w:rPr>
                <w:b/>
                <w:i w:val="0"/>
                <w:color w:val="8C6BAA"/>
                <w:sz w:val="18"/>
              </w:rPr>
              <w:t>[Date]</w:t>
            </w:r>
          </w:p>
        </w:tc>
      </w:tr>
      <w:tr>
        <w:tc>
          <w:tcPr>
            <w:tcW w:type="dxa" w:w="3685"/>
          </w:tcPr>
          <w:p>
            <w:r>
              <w:rPr>
                <w:sz w:val="18"/>
              </w:rPr>
            </w:r>
            <w:r>
              <w:rPr>
                <w:b/>
                <w:i w:val="0"/>
                <w:color w:val="8C6BAA"/>
                <w:sz w:val="18"/>
              </w:rPr>
              <w:t>[Objective 2]</w:t>
            </w:r>
          </w:p>
        </w:tc>
        <w:tc>
          <w:tcPr>
            <w:tcW w:type="dxa" w:w="2551"/>
          </w:tcPr>
          <w:p>
            <w:r>
              <w:rPr>
                <w:sz w:val="18"/>
              </w:rPr>
            </w:r>
            <w:r>
              <w:rPr>
                <w:b/>
                <w:i w:val="0"/>
                <w:color w:val="8C6BAA"/>
                <w:sz w:val="18"/>
              </w:rPr>
              <w:t>[Indicator and tool]</w:t>
            </w:r>
          </w:p>
        </w:tc>
        <w:tc>
          <w:tcPr>
            <w:tcW w:type="dxa" w:w="1417"/>
          </w:tcPr>
          <w:p>
            <w:r>
              <w:rPr>
                <w:sz w:val="18"/>
              </w:rPr>
            </w:r>
            <w:r>
              <w:rPr>
                <w:b/>
                <w:i w:val="0"/>
                <w:color w:val="8C6BAA"/>
                <w:sz w:val="18"/>
              </w:rPr>
              <w:t>[Number or %]</w:t>
            </w:r>
          </w:p>
        </w:tc>
        <w:tc>
          <w:tcPr>
            <w:tcW w:type="dxa" w:w="1417"/>
          </w:tcPr>
          <w:p>
            <w:r>
              <w:rPr>
                <w:sz w:val="18"/>
              </w:rPr>
            </w:r>
            <w:r>
              <w:rPr>
                <w:b/>
                <w:i w:val="0"/>
                <w:color w:val="8C6BAA"/>
                <w:sz w:val="18"/>
              </w:rPr>
              <w:t>[Date]</w:t>
            </w:r>
          </w:p>
        </w:tc>
      </w:tr>
      <w:tr>
        <w:tc>
          <w:tcPr>
            <w:tcW w:type="dxa" w:w="3685"/>
          </w:tcPr>
          <w:p>
            <w:r>
              <w:rPr>
                <w:sz w:val="18"/>
              </w:rPr>
            </w:r>
            <w:r>
              <w:rPr>
                <w:b/>
                <w:i w:val="0"/>
                <w:color w:val="8C6BAA"/>
                <w:sz w:val="18"/>
              </w:rPr>
              <w:t>[Objective 3]</w:t>
            </w:r>
          </w:p>
        </w:tc>
        <w:tc>
          <w:tcPr>
            <w:tcW w:type="dxa" w:w="2551"/>
          </w:tcPr>
          <w:p>
            <w:r>
              <w:rPr>
                <w:sz w:val="18"/>
              </w:rPr>
            </w:r>
            <w:r>
              <w:rPr>
                <w:b/>
                <w:i w:val="0"/>
                <w:color w:val="8C6BAA"/>
                <w:sz w:val="18"/>
              </w:rPr>
              <w:t>[Indicator and tool]</w:t>
            </w:r>
          </w:p>
        </w:tc>
        <w:tc>
          <w:tcPr>
            <w:tcW w:type="dxa" w:w="1417"/>
          </w:tcPr>
          <w:p>
            <w:r>
              <w:rPr>
                <w:sz w:val="18"/>
              </w:rPr>
            </w:r>
            <w:r>
              <w:rPr>
                <w:b/>
                <w:i w:val="0"/>
                <w:color w:val="8C6BAA"/>
                <w:sz w:val="18"/>
              </w:rPr>
              <w:t>[Number or %]</w:t>
            </w:r>
          </w:p>
        </w:tc>
        <w:tc>
          <w:tcPr>
            <w:tcW w:type="dxa" w:w="1417"/>
          </w:tcPr>
          <w:p>
            <w:r>
              <w:rPr>
                <w:sz w:val="18"/>
              </w:rPr>
            </w:r>
            <w:r>
              <w:rPr>
                <w:b/>
                <w:i w:val="0"/>
                <w:color w:val="8C6BAA"/>
                <w:sz w:val="18"/>
              </w:rPr>
              <w:t>[Date]</w:t>
            </w:r>
          </w:p>
        </w:tc>
      </w:tr>
    </w:tbl>
    <w:p/>
    <w:p>
      <w:pPr>
        <w:pStyle w:val="Heading1"/>
      </w:pPr>
      <w:r>
        <w:t>6. Project design and timeline</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One to three pages. What you will do, step by step, and why this approach works (research, past results or a proven model). Say who does each part, how participants are recruited, and where the work happens.</w:t>
            </w:r>
          </w:p>
          <w:p>
            <w:pPr>
              <w:spacing w:after="80"/>
            </w:pPr>
            <w:r>
              <w:rPr>
                <w:b w:val="0"/>
                <w:i/>
                <w:color w:val="706D68"/>
                <w:sz w:val="20"/>
              </w:rPr>
              <w:t>Include partners and what each contributes. A funder should be able to picture a typical week of the program.</w:t>
            </w:r>
          </w:p>
        </w:tc>
      </w:tr>
    </w:tbl>
    <w:p>
      <w:pPr>
        <w:spacing w:after="0"/>
      </w:pPr>
    </w:p>
    <w:p>
      <w:pPr>
        <w:spacing w:after="40"/>
      </w:pPr>
      <w:r>
        <w:rPr>
          <w:b/>
          <w:color w:val="706D68"/>
          <w:sz w:val="18"/>
        </w:rPr>
        <w:t>Answer these:</w:t>
      </w:r>
    </w:p>
    <w:p>
      <w:pPr>
        <w:pStyle w:val="ListBullet"/>
        <w:spacing w:after="0"/>
      </w:pPr>
      <w:r>
        <w:rPr>
          <w:b w:val="0"/>
          <w:i w:val="0"/>
          <w:color w:val="706D68"/>
        </w:rPr>
        <w:t>What are the main activities, and how often do they happen?</w:t>
      </w:r>
    </w:p>
    <w:p>
      <w:pPr>
        <w:pStyle w:val="ListBullet"/>
        <w:spacing w:after="0"/>
      </w:pPr>
      <w:r>
        <w:rPr>
          <w:b w:val="0"/>
          <w:i w:val="0"/>
          <w:color w:val="706D68"/>
        </w:rPr>
        <w:t>How will you recruit and keep participants?</w:t>
      </w:r>
    </w:p>
    <w:p>
      <w:pPr>
        <w:pStyle w:val="ListBullet"/>
        <w:spacing w:after="0"/>
      </w:pPr>
      <w:r>
        <w:rPr>
          <w:b w:val="0"/>
          <w:i w:val="0"/>
          <w:color w:val="706D68"/>
        </w:rPr>
        <w:t>Why this approach? What evidence or experience supports it?</w:t>
      </w:r>
    </w:p>
    <w:p>
      <w:pPr>
        <w:pStyle w:val="ListBullet"/>
        <w:spacing w:after="0"/>
      </w:pPr>
      <w:r>
        <w:rPr>
          <w:b w:val="0"/>
          <w:i w:val="0"/>
          <w:color w:val="706D68"/>
        </w:rPr>
        <w:t>Which partners are involved, and what does each contribute?</w:t>
      </w:r>
    </w:p>
    <w:p>
      <w:pPr>
        <w:spacing w:after="0"/>
      </w:pPr>
    </w:p>
    <w:p>
      <w:r>
        <w:rPr>
          <w:b/>
          <w:i w:val="0"/>
          <w:color w:val="8C6BAA"/>
        </w:rPr>
        <w:t>[Describe the activities in the order they happen.]</w:t>
      </w:r>
    </w:p>
    <w:tbl>
      <w:tblPr>
        <w:tblStyle w:val="TableGrid"/>
        <w:tblW w:type="auto" w:w="0"/>
        <w:jc w:val="center"/>
        <w:tblLook w:firstColumn="1" w:firstRow="1" w:lastColumn="0" w:lastRow="0" w:noHBand="0" w:noVBand="1" w:val="04A0"/>
      </w:tblPr>
      <w:tblGrid>
        <w:gridCol w:w="2408"/>
        <w:gridCol w:w="2408"/>
        <w:gridCol w:w="2408"/>
        <w:gridCol w:w="2408"/>
      </w:tblGrid>
      <w:tr>
        <w:tc>
          <w:tcPr>
            <w:tcW w:type="dxa" w:w="3969"/>
            <w:shd w:val="clear" w:color="auto" w:fill="2B2522"/>
          </w:tcPr>
          <w:p>
            <w:r/>
            <w:r>
              <w:rPr>
                <w:b/>
                <w:color w:val="FFFFFF"/>
                <w:sz w:val="18"/>
              </w:rPr>
              <w:t>Activity</w:t>
            </w:r>
          </w:p>
        </w:tc>
        <w:tc>
          <w:tcPr>
            <w:tcW w:type="dxa" w:w="2268"/>
            <w:shd w:val="clear" w:color="auto" w:fill="2B2522"/>
          </w:tcPr>
          <w:p>
            <w:r/>
            <w:r>
              <w:rPr>
                <w:b/>
                <w:color w:val="FFFFFF"/>
                <w:sz w:val="18"/>
              </w:rPr>
              <w:t>Lead</w:t>
            </w:r>
          </w:p>
        </w:tc>
        <w:tc>
          <w:tcPr>
            <w:tcW w:type="dxa" w:w="1417"/>
            <w:shd w:val="clear" w:color="auto" w:fill="2B2522"/>
          </w:tcPr>
          <w:p>
            <w:r/>
            <w:r>
              <w:rPr>
                <w:b/>
                <w:color w:val="FFFFFF"/>
                <w:sz w:val="18"/>
              </w:rPr>
              <w:t>Start</w:t>
            </w:r>
          </w:p>
        </w:tc>
        <w:tc>
          <w:tcPr>
            <w:tcW w:type="dxa" w:w="1417"/>
            <w:shd w:val="clear" w:color="auto" w:fill="2B2522"/>
          </w:tcPr>
          <w:p>
            <w:r/>
            <w:r>
              <w:rPr>
                <w:b/>
                <w:color w:val="FFFFFF"/>
                <w:sz w:val="18"/>
              </w:rPr>
              <w:t>End</w:t>
            </w:r>
          </w:p>
        </w:tc>
      </w:tr>
      <w:tr>
        <w:tc>
          <w:tcPr>
            <w:tcW w:type="dxa" w:w="3969"/>
          </w:tcPr>
          <w:p>
            <w:r>
              <w:rPr>
                <w:sz w:val="18"/>
              </w:rPr>
            </w:r>
            <w:r>
              <w:rPr>
                <w:b/>
                <w:i w:val="0"/>
                <w:color w:val="8C6BAA"/>
                <w:sz w:val="18"/>
              </w:rPr>
              <w:t>[Planning and hiring]</w:t>
            </w:r>
          </w:p>
        </w:tc>
        <w:tc>
          <w:tcPr>
            <w:tcW w:type="dxa" w:w="2268"/>
          </w:tcPr>
          <w:p>
            <w:r>
              <w:rPr>
                <w:sz w:val="18"/>
              </w:rPr>
            </w:r>
            <w:r>
              <w:rPr>
                <w:b/>
                <w:i w:val="0"/>
                <w:color w:val="8C6BAA"/>
                <w:sz w:val="18"/>
              </w:rPr>
              <w:t>[Name or role]</w:t>
            </w:r>
          </w:p>
        </w:tc>
        <w:tc>
          <w:tcPr>
            <w:tcW w:type="dxa" w:w="1417"/>
          </w:tcPr>
          <w:p>
            <w:r>
              <w:rPr>
                <w:sz w:val="18"/>
              </w:rPr>
            </w:r>
            <w:r>
              <w:rPr>
                <w:b/>
                <w:i w:val="0"/>
                <w:color w:val="8C6BAA"/>
                <w:sz w:val="18"/>
              </w:rPr>
              <w:t>[Month]</w:t>
            </w:r>
          </w:p>
        </w:tc>
        <w:tc>
          <w:tcPr>
            <w:tcW w:type="dxa" w:w="1417"/>
          </w:tcPr>
          <w:p>
            <w:r>
              <w:rPr>
                <w:sz w:val="18"/>
              </w:rPr>
            </w:r>
            <w:r>
              <w:rPr>
                <w:b/>
                <w:i w:val="0"/>
                <w:color w:val="8C6BAA"/>
                <w:sz w:val="18"/>
              </w:rPr>
              <w:t>[Month]</w:t>
            </w:r>
          </w:p>
        </w:tc>
      </w:tr>
      <w:tr>
        <w:tc>
          <w:tcPr>
            <w:tcW w:type="dxa" w:w="3969"/>
          </w:tcPr>
          <w:p>
            <w:r>
              <w:rPr>
                <w:sz w:val="18"/>
              </w:rPr>
            </w:r>
            <w:r>
              <w:rPr>
                <w:b/>
                <w:i w:val="0"/>
                <w:color w:val="8C6BAA"/>
                <w:sz w:val="18"/>
              </w:rPr>
              <w:t>[Main activity]</w:t>
            </w:r>
          </w:p>
        </w:tc>
        <w:tc>
          <w:tcPr>
            <w:tcW w:type="dxa" w:w="2268"/>
          </w:tcPr>
          <w:p>
            <w:r>
              <w:rPr>
                <w:sz w:val="18"/>
              </w:rPr>
            </w:r>
            <w:r>
              <w:rPr>
                <w:b/>
                <w:i w:val="0"/>
                <w:color w:val="8C6BAA"/>
                <w:sz w:val="18"/>
              </w:rPr>
              <w:t>[Name or role]</w:t>
            </w:r>
          </w:p>
        </w:tc>
        <w:tc>
          <w:tcPr>
            <w:tcW w:type="dxa" w:w="1417"/>
          </w:tcPr>
          <w:p>
            <w:r>
              <w:rPr>
                <w:sz w:val="18"/>
              </w:rPr>
            </w:r>
            <w:r>
              <w:rPr>
                <w:b/>
                <w:i w:val="0"/>
                <w:color w:val="8C6BAA"/>
                <w:sz w:val="18"/>
              </w:rPr>
              <w:t>[Month]</w:t>
            </w:r>
          </w:p>
        </w:tc>
        <w:tc>
          <w:tcPr>
            <w:tcW w:type="dxa" w:w="1417"/>
          </w:tcPr>
          <w:p>
            <w:r>
              <w:rPr>
                <w:sz w:val="18"/>
              </w:rPr>
            </w:r>
            <w:r>
              <w:rPr>
                <w:b/>
                <w:i w:val="0"/>
                <w:color w:val="8C6BAA"/>
                <w:sz w:val="18"/>
              </w:rPr>
              <w:t>[Month]</w:t>
            </w:r>
          </w:p>
        </w:tc>
      </w:tr>
      <w:tr>
        <w:tc>
          <w:tcPr>
            <w:tcW w:type="dxa" w:w="3969"/>
          </w:tcPr>
          <w:p>
            <w:r>
              <w:rPr>
                <w:sz w:val="18"/>
              </w:rPr>
            </w:r>
            <w:r>
              <w:rPr>
                <w:b/>
                <w:i w:val="0"/>
                <w:color w:val="8C6BAA"/>
                <w:sz w:val="18"/>
              </w:rPr>
              <w:t>[Evaluation and reporting]</w:t>
            </w:r>
          </w:p>
        </w:tc>
        <w:tc>
          <w:tcPr>
            <w:tcW w:type="dxa" w:w="2268"/>
          </w:tcPr>
          <w:p>
            <w:r>
              <w:rPr>
                <w:sz w:val="18"/>
              </w:rPr>
            </w:r>
            <w:r>
              <w:rPr>
                <w:b/>
                <w:i w:val="0"/>
                <w:color w:val="8C6BAA"/>
                <w:sz w:val="18"/>
              </w:rPr>
              <w:t>[Name or role]</w:t>
            </w:r>
          </w:p>
        </w:tc>
        <w:tc>
          <w:tcPr>
            <w:tcW w:type="dxa" w:w="1417"/>
          </w:tcPr>
          <w:p>
            <w:r>
              <w:rPr>
                <w:sz w:val="18"/>
              </w:rPr>
            </w:r>
            <w:r>
              <w:rPr>
                <w:b/>
                <w:i w:val="0"/>
                <w:color w:val="8C6BAA"/>
                <w:sz w:val="18"/>
              </w:rPr>
              <w:t>[Month]</w:t>
            </w:r>
          </w:p>
        </w:tc>
        <w:tc>
          <w:tcPr>
            <w:tcW w:type="dxa" w:w="1417"/>
          </w:tcPr>
          <w:p>
            <w:r>
              <w:rPr>
                <w:sz w:val="18"/>
              </w:rPr>
            </w:r>
            <w:r>
              <w:rPr>
                <w:b/>
                <w:i w:val="0"/>
                <w:color w:val="8C6BAA"/>
                <w:sz w:val="18"/>
              </w:rPr>
              <w:t>[Month]</w:t>
            </w:r>
          </w:p>
        </w:tc>
      </w:tr>
    </w:tbl>
    <w:p/>
    <w:p>
      <w:pPr>
        <w:pStyle w:val="Heading1"/>
      </w:pPr>
      <w:r>
        <w:t>7. Evaluation plan</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Half a page to a page. How you'll know whether the objectives were met: what you measure, with which tools, how often, and who is responsible. Say how you'll use and share the results.</w:t>
            </w:r>
          </w:p>
          <w:p>
            <w:pPr>
              <w:spacing w:after="80"/>
            </w:pPr>
            <w:r>
              <w:rPr>
                <w:b w:val="0"/>
                <w:i/>
                <w:color w:val="706D68"/>
                <w:sz w:val="20"/>
              </w:rPr>
              <w:t>Track both outputs (what you did: sessions held, people served) and outcomes (what changed for them).</w:t>
            </w:r>
          </w:p>
        </w:tc>
      </w:tr>
    </w:tbl>
    <w:p>
      <w:pPr>
        <w:spacing w:after="0"/>
      </w:pPr>
    </w:p>
    <w:tbl>
      <w:tblPr>
        <w:tblStyle w:val="TableGrid"/>
        <w:tblW w:type="auto" w:w="0"/>
        <w:jc w:val="center"/>
        <w:tblLook w:firstColumn="1" w:firstRow="1" w:lastColumn="0" w:lastRow="0" w:noHBand="0" w:noVBand="1" w:val="04A0"/>
      </w:tblPr>
      <w:tblGrid>
        <w:gridCol w:w="1926"/>
        <w:gridCol w:w="1926"/>
        <w:gridCol w:w="1926"/>
        <w:gridCol w:w="1926"/>
        <w:gridCol w:w="1926"/>
      </w:tblGrid>
      <w:tr>
        <w:tc>
          <w:tcPr>
            <w:tcW w:type="dxa" w:w="1984"/>
            <w:shd w:val="clear" w:color="auto" w:fill="2B2522"/>
          </w:tcPr>
          <w:p>
            <w:r/>
            <w:r>
              <w:rPr>
                <w:b/>
                <w:color w:val="FFFFFF"/>
                <w:sz w:val="18"/>
              </w:rPr>
              <w:t>Objective</w:t>
            </w:r>
          </w:p>
        </w:tc>
        <w:tc>
          <w:tcPr>
            <w:tcW w:type="dxa" w:w="1984"/>
            <w:shd w:val="clear" w:color="auto" w:fill="2B2522"/>
          </w:tcPr>
          <w:p>
            <w:r/>
            <w:r>
              <w:rPr>
                <w:b/>
                <w:color w:val="FFFFFF"/>
                <w:sz w:val="18"/>
              </w:rPr>
              <w:t>Indicator</w:t>
            </w:r>
          </w:p>
        </w:tc>
        <w:tc>
          <w:tcPr>
            <w:tcW w:type="dxa" w:w="2268"/>
            <w:shd w:val="clear" w:color="auto" w:fill="2B2522"/>
          </w:tcPr>
          <w:p>
            <w:r/>
            <w:r>
              <w:rPr>
                <w:b/>
                <w:color w:val="FFFFFF"/>
                <w:sz w:val="18"/>
              </w:rPr>
              <w:t>Data source / tool</w:t>
            </w:r>
          </w:p>
        </w:tc>
        <w:tc>
          <w:tcPr>
            <w:tcW w:type="dxa" w:w="1417"/>
            <w:shd w:val="clear" w:color="auto" w:fill="2B2522"/>
          </w:tcPr>
          <w:p>
            <w:r/>
            <w:r>
              <w:rPr>
                <w:b/>
                <w:color w:val="FFFFFF"/>
                <w:sz w:val="18"/>
              </w:rPr>
              <w:t>When collected</w:t>
            </w:r>
          </w:p>
        </w:tc>
        <w:tc>
          <w:tcPr>
            <w:tcW w:type="dxa" w:w="1417"/>
            <w:shd w:val="clear" w:color="auto" w:fill="2B2522"/>
          </w:tcPr>
          <w:p>
            <w:r/>
            <w:r>
              <w:rPr>
                <w:b/>
                <w:color w:val="FFFFFF"/>
                <w:sz w:val="18"/>
              </w:rPr>
              <w:t>Who</w:t>
            </w:r>
          </w:p>
        </w:tc>
      </w:tr>
      <w:tr>
        <w:tc>
          <w:tcPr>
            <w:tcW w:type="dxa" w:w="1984"/>
          </w:tcPr>
          <w:p>
            <w:r>
              <w:rPr>
                <w:sz w:val="18"/>
              </w:rPr>
            </w:r>
            <w:r>
              <w:rPr>
                <w:b/>
                <w:i w:val="0"/>
                <w:color w:val="8C6BAA"/>
                <w:sz w:val="18"/>
              </w:rPr>
              <w:t>[Objective 1]</w:t>
            </w:r>
          </w:p>
        </w:tc>
        <w:tc>
          <w:tcPr>
            <w:tcW w:type="dxa" w:w="1984"/>
          </w:tcPr>
          <w:p>
            <w:r>
              <w:rPr>
                <w:sz w:val="18"/>
              </w:rPr>
            </w:r>
            <w:r>
              <w:rPr>
                <w:b/>
                <w:i w:val="0"/>
                <w:color w:val="8C6BAA"/>
                <w:sz w:val="18"/>
              </w:rPr>
              <w:t>[What you measure]</w:t>
            </w:r>
          </w:p>
        </w:tc>
        <w:tc>
          <w:tcPr>
            <w:tcW w:type="dxa" w:w="2268"/>
          </w:tcPr>
          <w:p>
            <w:r>
              <w:rPr>
                <w:sz w:val="18"/>
              </w:rPr>
            </w:r>
            <w:r>
              <w:rPr>
                <w:b/>
                <w:i w:val="0"/>
                <w:color w:val="8C6BAA"/>
                <w:sz w:val="18"/>
              </w:rPr>
              <w:t>[Survey, assessment, records]</w:t>
            </w:r>
          </w:p>
        </w:tc>
        <w:tc>
          <w:tcPr>
            <w:tcW w:type="dxa" w:w="1417"/>
          </w:tcPr>
          <w:p>
            <w:r>
              <w:rPr>
                <w:sz w:val="18"/>
              </w:rPr>
            </w:r>
            <w:r>
              <w:rPr>
                <w:b/>
                <w:i w:val="0"/>
                <w:color w:val="8C6BAA"/>
                <w:sz w:val="18"/>
              </w:rPr>
              <w:t>[Timing]</w:t>
            </w:r>
          </w:p>
        </w:tc>
        <w:tc>
          <w:tcPr>
            <w:tcW w:type="dxa" w:w="1417"/>
          </w:tcPr>
          <w:p>
            <w:r>
              <w:rPr>
                <w:sz w:val="18"/>
              </w:rPr>
            </w:r>
            <w:r>
              <w:rPr>
                <w:b/>
                <w:i w:val="0"/>
                <w:color w:val="8C6BAA"/>
                <w:sz w:val="18"/>
              </w:rPr>
              <w:t>[Role]</w:t>
            </w:r>
          </w:p>
        </w:tc>
      </w:tr>
      <w:tr>
        <w:tc>
          <w:tcPr>
            <w:tcW w:type="dxa" w:w="1984"/>
          </w:tcPr>
          <w:p>
            <w:r>
              <w:rPr>
                <w:sz w:val="18"/>
              </w:rPr>
            </w:r>
            <w:r>
              <w:rPr>
                <w:b/>
                <w:i w:val="0"/>
                <w:color w:val="8C6BAA"/>
                <w:sz w:val="18"/>
              </w:rPr>
              <w:t>[Objective 2]</w:t>
            </w:r>
          </w:p>
        </w:tc>
        <w:tc>
          <w:tcPr>
            <w:tcW w:type="dxa" w:w="1984"/>
          </w:tcPr>
          <w:p>
            <w:r>
              <w:rPr>
                <w:sz w:val="18"/>
              </w:rPr>
            </w:r>
            <w:r>
              <w:rPr>
                <w:b/>
                <w:i w:val="0"/>
                <w:color w:val="8C6BAA"/>
                <w:sz w:val="18"/>
              </w:rPr>
              <w:t>[What you measure]</w:t>
            </w:r>
          </w:p>
        </w:tc>
        <w:tc>
          <w:tcPr>
            <w:tcW w:type="dxa" w:w="2268"/>
          </w:tcPr>
          <w:p>
            <w:r>
              <w:rPr>
                <w:sz w:val="18"/>
              </w:rPr>
            </w:r>
            <w:r>
              <w:rPr>
                <w:b/>
                <w:i w:val="0"/>
                <w:color w:val="8C6BAA"/>
                <w:sz w:val="18"/>
              </w:rPr>
              <w:t>[Survey, assessment, records]</w:t>
            </w:r>
          </w:p>
        </w:tc>
        <w:tc>
          <w:tcPr>
            <w:tcW w:type="dxa" w:w="1417"/>
          </w:tcPr>
          <w:p>
            <w:r>
              <w:rPr>
                <w:sz w:val="18"/>
              </w:rPr>
            </w:r>
            <w:r>
              <w:rPr>
                <w:b/>
                <w:i w:val="0"/>
                <w:color w:val="8C6BAA"/>
                <w:sz w:val="18"/>
              </w:rPr>
              <w:t>[Timing]</w:t>
            </w:r>
          </w:p>
        </w:tc>
        <w:tc>
          <w:tcPr>
            <w:tcW w:type="dxa" w:w="1417"/>
          </w:tcPr>
          <w:p>
            <w:r>
              <w:rPr>
                <w:sz w:val="18"/>
              </w:rPr>
            </w:r>
            <w:r>
              <w:rPr>
                <w:b/>
                <w:i w:val="0"/>
                <w:color w:val="8C6BAA"/>
                <w:sz w:val="18"/>
              </w:rPr>
              <w:t>[Role]</w:t>
            </w:r>
          </w:p>
        </w:tc>
      </w:tr>
    </w:tbl>
    <w:p/>
    <w:p>
      <w:r>
        <w:rPr>
          <w:b/>
          <w:i w:val="0"/>
          <w:color w:val="8C6BAA"/>
        </w:rPr>
        <w:t>[How results will be reported to the funder and used to improve the program.]</w:t>
      </w:r>
    </w:p>
    <w:p>
      <w:pPr>
        <w:pStyle w:val="Heading1"/>
      </w:pPr>
      <w:r>
        <w:t>8. Budget and budget narrative</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Use the funder's budget form if they give one. Every cost should connect to an activity in section 6, and every person in the narrative should appear in the budget.</w:t>
            </w:r>
          </w:p>
          <w:p>
            <w:pPr>
              <w:spacing w:after="80"/>
            </w:pPr>
            <w:r>
              <w:rPr>
                <w:b w:val="0"/>
                <w:i/>
                <w:color w:val="706D68"/>
                <w:sz w:val="20"/>
              </w:rPr>
              <w:t>The budget narrative (or budget justification) explains each line: how you calculated it and why it's needed. Build both in the free budget template at grantable.co/templates/grant-budget; its Budget narrative tab drafts one sentence per line.</w:t>
            </w:r>
          </w:p>
        </w:tc>
      </w:tr>
    </w:tbl>
    <w:p>
      <w:pPr>
        <w:spacing w:after="0"/>
      </w:pPr>
    </w:p>
    <w:tbl>
      <w:tblPr>
        <w:tblStyle w:val="TableGrid"/>
        <w:tblW w:type="auto" w:w="0"/>
        <w:jc w:val="center"/>
        <w:tblLook w:firstColumn="1" w:firstRow="1" w:lastColumn="0" w:lastRow="0" w:noHBand="0" w:noVBand="1" w:val="04A0"/>
      </w:tblPr>
      <w:tblGrid>
        <w:gridCol w:w="2408"/>
        <w:gridCol w:w="2408"/>
        <w:gridCol w:w="2408"/>
        <w:gridCol w:w="2408"/>
      </w:tblGrid>
      <w:tr>
        <w:tc>
          <w:tcPr>
            <w:tcW w:type="dxa" w:w="3402"/>
            <w:shd w:val="clear" w:color="auto" w:fill="2B2522"/>
          </w:tcPr>
          <w:p>
            <w:r/>
            <w:r>
              <w:rPr>
                <w:b/>
                <w:color w:val="FFFFFF"/>
                <w:sz w:val="18"/>
              </w:rPr>
              <w:t>Category</w:t>
            </w:r>
          </w:p>
        </w:tc>
        <w:tc>
          <w:tcPr>
            <w:tcW w:type="dxa" w:w="1984"/>
            <w:shd w:val="clear" w:color="auto" w:fill="2B2522"/>
          </w:tcPr>
          <w:p>
            <w:r/>
            <w:r>
              <w:rPr>
                <w:b/>
                <w:color w:val="FFFFFF"/>
                <w:sz w:val="18"/>
              </w:rPr>
              <w:t>Requested from [Funder]</w:t>
            </w:r>
          </w:p>
        </w:tc>
        <w:tc>
          <w:tcPr>
            <w:tcW w:type="dxa" w:w="1984"/>
            <w:shd w:val="clear" w:color="auto" w:fill="2B2522"/>
          </w:tcPr>
          <w:p>
            <w:r/>
            <w:r>
              <w:rPr>
                <w:b/>
                <w:color w:val="FFFFFF"/>
                <w:sz w:val="18"/>
              </w:rPr>
              <w:t>Other sources</w:t>
            </w:r>
          </w:p>
        </w:tc>
        <w:tc>
          <w:tcPr>
            <w:tcW w:type="dxa" w:w="1701"/>
            <w:shd w:val="clear" w:color="auto" w:fill="2B2522"/>
          </w:tcPr>
          <w:p>
            <w:r/>
            <w:r>
              <w:rPr>
                <w:b/>
                <w:color w:val="FFFFFF"/>
                <w:sz w:val="18"/>
              </w:rPr>
              <w:t>Total</w:t>
            </w:r>
          </w:p>
        </w:tc>
      </w:tr>
      <w:tr>
        <w:tc>
          <w:tcPr>
            <w:tcW w:type="dxa" w:w="3402"/>
          </w:tcPr>
          <w:p>
            <w:r>
              <w:rPr>
                <w:sz w:val="18"/>
              </w:rPr>
            </w:r>
            <w:r>
              <w:rPr>
                <w:b w:val="0"/>
                <w:i w:val="0"/>
                <w:sz w:val="18"/>
              </w:rPr>
              <w:t>Personnel (salaries and fringe)</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r>
        <w:tc>
          <w:tcPr>
            <w:tcW w:type="dxa" w:w="3402"/>
          </w:tcPr>
          <w:p>
            <w:r>
              <w:rPr>
                <w:sz w:val="18"/>
              </w:rPr>
            </w:r>
            <w:r>
              <w:rPr>
                <w:b w:val="0"/>
                <w:i w:val="0"/>
                <w:sz w:val="18"/>
              </w:rPr>
              <w:t>Contractors and consultants</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r>
        <w:tc>
          <w:tcPr>
            <w:tcW w:type="dxa" w:w="3402"/>
          </w:tcPr>
          <w:p>
            <w:r>
              <w:rPr>
                <w:sz w:val="18"/>
              </w:rPr>
            </w:r>
            <w:r>
              <w:rPr>
                <w:b w:val="0"/>
                <w:i w:val="0"/>
                <w:sz w:val="18"/>
              </w:rPr>
              <w:t>Travel</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r>
        <w:tc>
          <w:tcPr>
            <w:tcW w:type="dxa" w:w="3402"/>
          </w:tcPr>
          <w:p>
            <w:r>
              <w:rPr>
                <w:sz w:val="18"/>
              </w:rPr>
            </w:r>
            <w:r>
              <w:rPr>
                <w:b w:val="0"/>
                <w:i w:val="0"/>
                <w:sz w:val="18"/>
              </w:rPr>
              <w:t>Supplies and materials</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r>
        <w:tc>
          <w:tcPr>
            <w:tcW w:type="dxa" w:w="3402"/>
          </w:tcPr>
          <w:p>
            <w:r>
              <w:rPr>
                <w:sz w:val="18"/>
              </w:rPr>
            </w:r>
            <w:r>
              <w:rPr>
                <w:b w:val="0"/>
                <w:i w:val="0"/>
                <w:sz w:val="18"/>
              </w:rPr>
              <w:t>Equipment</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r>
        <w:tc>
          <w:tcPr>
            <w:tcW w:type="dxa" w:w="3402"/>
          </w:tcPr>
          <w:p>
            <w:r>
              <w:rPr>
                <w:sz w:val="18"/>
              </w:rPr>
            </w:r>
            <w:r>
              <w:rPr>
                <w:b w:val="0"/>
                <w:i w:val="0"/>
                <w:sz w:val="18"/>
              </w:rPr>
              <w:t>Other direct costs</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r>
        <w:tc>
          <w:tcPr>
            <w:tcW w:type="dxa" w:w="3402"/>
          </w:tcPr>
          <w:p>
            <w:r>
              <w:rPr>
                <w:sz w:val="18"/>
              </w:rPr>
            </w:r>
            <w:r>
              <w:rPr>
                <w:b w:val="0"/>
                <w:i w:val="0"/>
                <w:sz w:val="18"/>
              </w:rPr>
              <w:t>Indirect costs (</w:t>
            </w:r>
            <w:r>
              <w:rPr>
                <w:b/>
                <w:i w:val="0"/>
                <w:color w:val="8C6BAA"/>
                <w:sz w:val="18"/>
              </w:rPr>
              <w:t>[rate]</w:t>
            </w:r>
            <w:r>
              <w:rPr>
                <w:b w:val="0"/>
                <w:i w:val="0"/>
                <w:sz w:val="18"/>
              </w:rPr>
              <w:t>%)</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r>
        <w:tc>
          <w:tcPr>
            <w:tcW w:type="dxa" w:w="3402"/>
          </w:tcPr>
          <w:p>
            <w:r>
              <w:rPr>
                <w:sz w:val="18"/>
              </w:rPr>
            </w:r>
            <w:r>
              <w:rPr>
                <w:b w:val="0"/>
                <w:i w:val="0"/>
                <w:sz w:val="18"/>
              </w:rPr>
              <w:t>Total</w:t>
            </w:r>
          </w:p>
        </w:tc>
        <w:tc>
          <w:tcPr>
            <w:tcW w:type="dxa" w:w="1984"/>
          </w:tcPr>
          <w:p>
            <w:r>
              <w:rPr>
                <w:sz w:val="18"/>
              </w:rPr>
            </w:r>
            <w:r>
              <w:rPr>
                <w:b/>
                <w:i w:val="0"/>
                <w:color w:val="8C6BAA"/>
                <w:sz w:val="18"/>
              </w:rPr>
              <w:t>[$]</w:t>
            </w:r>
          </w:p>
        </w:tc>
        <w:tc>
          <w:tcPr>
            <w:tcW w:type="dxa" w:w="1984"/>
          </w:tcPr>
          <w:p>
            <w:r>
              <w:rPr>
                <w:sz w:val="18"/>
              </w:rPr>
            </w:r>
            <w:r>
              <w:rPr>
                <w:b/>
                <w:i w:val="0"/>
                <w:color w:val="8C6BAA"/>
                <w:sz w:val="18"/>
              </w:rPr>
              <w:t>[$]</w:t>
            </w:r>
          </w:p>
        </w:tc>
        <w:tc>
          <w:tcPr>
            <w:tcW w:type="dxa" w:w="1701"/>
          </w:tcPr>
          <w:p>
            <w:r>
              <w:rPr>
                <w:sz w:val="18"/>
              </w:rPr>
            </w:r>
            <w:r>
              <w:rPr>
                <w:b/>
                <w:i w:val="0"/>
                <w:color w:val="8C6BAA"/>
                <w:sz w:val="18"/>
              </w:rPr>
              <w:t>[$]</w:t>
            </w:r>
          </w:p>
        </w:tc>
      </w:tr>
    </w:tbl>
    <w:p/>
    <w:p>
      <w:r>
        <w:rPr>
          <w:b w:val="0"/>
          <w:i w:val="0"/>
        </w:rPr>
        <w:t xml:space="preserve">Budget narrative: </w:t>
      </w:r>
      <w:r>
        <w:rPr>
          <w:b/>
          <w:i w:val="0"/>
          <w:color w:val="8C6BAA"/>
        </w:rPr>
        <w:t>[One or two sentences per line: the calculation (quantity × unit cost, or salary × FTE) and why it's needed.]</w:t>
      </w:r>
    </w:p>
    <w:p>
      <w:r>
        <w:rPr>
          <w:b w:val="0"/>
          <w:i w:val="0"/>
        </w:rPr>
        <w:t xml:space="preserve">Other funding: </w:t>
      </w:r>
      <w:r>
        <w:rPr>
          <w:b/>
          <w:i w:val="0"/>
          <w:color w:val="8C6BAA"/>
        </w:rPr>
        <w:t>[Other funders, amounts, and whether each is committed or pending.]</w:t>
      </w:r>
    </w:p>
    <w:p>
      <w:pPr>
        <w:pStyle w:val="Heading1"/>
      </w:pPr>
      <w:r>
        <w:t>9. Sustainability</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Half a page. How the work continues after this grant: other funders, earned revenue, partner commitments, or how the grant builds lasting capacity (trained staff, materials, systems).</w:t>
            </w:r>
          </w:p>
          <w:p>
            <w:pPr>
              <w:spacing w:after="80"/>
            </w:pPr>
            <w:r>
              <w:rPr>
                <w:b w:val="0"/>
                <w:i/>
                <w:color w:val="706D68"/>
                <w:sz w:val="20"/>
              </w:rPr>
              <w:t>"We will continue to seek funding" isn't a plan. Name the sources and what each will cover.</w:t>
            </w:r>
          </w:p>
        </w:tc>
      </w:tr>
    </w:tbl>
    <w:p>
      <w:pPr>
        <w:spacing w:after="0"/>
      </w:pPr>
    </w:p>
    <w:p>
      <w:pPr>
        <w:spacing w:after="40"/>
      </w:pPr>
      <w:r>
        <w:rPr>
          <w:b/>
          <w:color w:val="706D68"/>
          <w:sz w:val="18"/>
        </w:rPr>
        <w:t>Answer these:</w:t>
      </w:r>
    </w:p>
    <w:p>
      <w:pPr>
        <w:pStyle w:val="ListBullet"/>
        <w:spacing w:after="0"/>
      </w:pPr>
      <w:r>
        <w:rPr>
          <w:b w:val="0"/>
          <w:i w:val="0"/>
          <w:color w:val="706D68"/>
        </w:rPr>
        <w:t>Which parts of the project need ongoing money, and which are one-time costs?</w:t>
      </w:r>
    </w:p>
    <w:p>
      <w:pPr>
        <w:pStyle w:val="ListBullet"/>
        <w:spacing w:after="0"/>
      </w:pPr>
      <w:r>
        <w:rPr>
          <w:b w:val="0"/>
          <w:i w:val="0"/>
          <w:color w:val="706D68"/>
        </w:rPr>
        <w:t>Which funders, revenue or partners will cover them after the grant ends?</w:t>
      </w:r>
    </w:p>
    <w:p>
      <w:pPr>
        <w:spacing w:after="0"/>
      </w:pPr>
    </w:p>
    <w:p>
      <w:r>
        <w:rPr>
          <w:b/>
          <w:i w:val="0"/>
          <w:color w:val="8C6BAA"/>
        </w:rPr>
        <w:t>[Your plan to continue the work, with named sources.]</w:t>
      </w:r>
    </w:p>
    <w:p>
      <w:pPr>
        <w:pStyle w:val="Heading1"/>
      </w:pPr>
      <w:r>
        <w:t>10. Conclusion</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One paragraph. Restate the need, what the grant makes possible and the change you expect. End with thanks and a contact person.</w:t>
            </w:r>
          </w:p>
        </w:tc>
      </w:tr>
    </w:tbl>
    <w:p>
      <w:pPr>
        <w:spacing w:after="0"/>
      </w:pPr>
    </w:p>
    <w:p>
      <w:r>
        <w:rPr>
          <w:b/>
          <w:i w:val="0"/>
          <w:color w:val="8C6BAA"/>
        </w:rPr>
        <w:t>[Closing paragraph.]</w:t>
      </w:r>
    </w:p>
    <w:p>
      <w:pPr>
        <w:pStyle w:val="Heading1"/>
      </w:pPr>
      <w:r>
        <w:t>Attachments checklist</w:t>
      </w:r>
    </w:p>
    <w:tbl>
      <w:tblPr>
        <w:tblW w:type="auto" w:w="0"/>
        <w:jc w:val="center"/>
        <w:tblLook w:firstColumn="1" w:firstRow="1" w:lastColumn="0" w:lastRow="0" w:noHBand="0" w:noVBand="1" w:val="04A0"/>
      </w:tblPr>
      <w:tblGrid>
        <w:gridCol w:w="9632"/>
      </w:tblGrid>
      <w:tr>
        <w:tc>
          <w:tcPr>
            <w:tcW w:type="dxa" w:w="9632"/>
            <w:shd w:val="clear" w:color="auto" w:fill="F3F0EB"/>
          </w:tcPr>
          <w:p>
            <w:pPr>
              <w:spacing w:after="80"/>
            </w:pPr>
            <w:r>
              <w:rPr>
                <w:b/>
                <w:color w:val="8C6BAA"/>
                <w:sz w:val="20"/>
              </w:rPr>
              <w:t xml:space="preserve">GUIDANCE  </w:t>
            </w:r>
            <w:r>
              <w:rPr>
                <w:b w:val="0"/>
                <w:i/>
                <w:color w:val="706D68"/>
                <w:sz w:val="20"/>
              </w:rPr>
              <w:t>Funders list required attachments in their guidelines. These are the most common. Check off what this funder requires, then delete this list.</w:t>
            </w:r>
          </w:p>
        </w:tc>
      </w:tr>
    </w:tbl>
    <w:p>
      <w:pPr>
        <w:spacing w:after="0"/>
      </w:pPr>
    </w:p>
    <w:p>
      <w:pPr>
        <w:pStyle w:val="ListBullet"/>
      </w:pPr>
      <w:r>
        <w:rPr>
          <w:b w:val="0"/>
          <w:i w:val="0"/>
        </w:rPr>
        <w:t>☐  IRS determination letter (501(c)(3))</w:t>
      </w:r>
    </w:p>
    <w:p>
      <w:pPr>
        <w:pStyle w:val="ListBullet"/>
      </w:pPr>
      <w:r>
        <w:rPr>
          <w:b w:val="0"/>
          <w:i w:val="0"/>
        </w:rPr>
        <w:t>☐  Board of directors list with affiliations</w:t>
      </w:r>
    </w:p>
    <w:p>
      <w:pPr>
        <w:pStyle w:val="ListBullet"/>
      </w:pPr>
      <w:r>
        <w:rPr>
          <w:b w:val="0"/>
          <w:i w:val="0"/>
        </w:rPr>
        <w:t>☐  Organization operating budget (current year)</w:t>
      </w:r>
    </w:p>
    <w:p>
      <w:pPr>
        <w:pStyle w:val="ListBullet"/>
      </w:pPr>
      <w:r>
        <w:rPr>
          <w:b w:val="0"/>
          <w:i w:val="0"/>
        </w:rPr>
        <w:t>☐  Project budget and budget narrative</w:t>
      </w:r>
    </w:p>
    <w:p>
      <w:pPr>
        <w:pStyle w:val="ListBullet"/>
      </w:pPr>
      <w:r>
        <w:rPr>
          <w:b w:val="0"/>
          <w:i w:val="0"/>
        </w:rPr>
        <w:t>☐  Most recent audited financial statements or Form 990</w:t>
      </w:r>
    </w:p>
    <w:p>
      <w:pPr>
        <w:pStyle w:val="ListBullet"/>
      </w:pPr>
      <w:r>
        <w:rPr>
          <w:b w:val="0"/>
          <w:i w:val="0"/>
        </w:rPr>
        <w:t>☐  Letters of support or commitment from partners</w:t>
      </w:r>
    </w:p>
    <w:p>
      <w:pPr>
        <w:pStyle w:val="ListBullet"/>
      </w:pPr>
      <w:r>
        <w:rPr>
          <w:b w:val="0"/>
          <w:i w:val="0"/>
        </w:rPr>
        <w:t>☐  Logic model or theory of change</w:t>
      </w:r>
    </w:p>
    <w:p>
      <w:pPr>
        <w:pStyle w:val="ListBullet"/>
      </w:pPr>
      <w:r>
        <w:rPr>
          <w:b w:val="0"/>
          <w:i w:val="0"/>
        </w:rPr>
        <w:t>☐  Résumés or bios of key staff</w:t>
      </w:r>
    </w:p>
    <w:p>
      <w:pPr>
        <w:pStyle w:val="ListBullet"/>
      </w:pPr>
      <w:r>
        <w:rPr>
          <w:b w:val="0"/>
          <w:i w:val="0"/>
        </w:rPr>
        <w:t>☐  Annual report or recent program results</w:t>
      </w:r>
    </w:p>
    <w:sectPr w:rsidR="00FC693F" w:rsidRPr="0006063C" w:rsidSect="00034616">
      <w:footerReference w:type="default" r:id="rId9"/>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706D68"/>
        <w:sz w:val="16"/>
      </w:rPr>
      <w:t>Grant proposal template from Grantable · grantable.co/templates/grant-proposal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2B25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ascii="Arial" w:hAnsi="Arial"/>
      <w:b/>
      <w:bCs/>
      <w:color w:val="2B252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B252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B252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Proposal Template</dc:title>
  <dc:subject>Free grant proposal template for nonprofits</dc:subject>
  <dc:creator>Grantable</dc:creator>
  <cp:keywords>grant proposal template, grant writing template, nonprofit</cp:keywords>
  <dc:description>generated by python-docx</dc:description>
  <cp:lastModifiedBy>Grantable</cp:lastModifiedBy>
  <cp:revision>1</cp:revision>
  <dcterms:created xsi:type="dcterms:W3CDTF">2026-09-24T00:00:00Z</dcterms:created>
  <dcterms:modified xsi:type="dcterms:W3CDTF">2026-09-24T00:00:00Z</dcterms:modified>
  <cp:category/>
</cp:coreProperties>
</file>