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Cover Letter</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One page, on letterhead, signed by your executive director or board chair. The cover letter introduces the request and makes the reader want to open the proposal. It doesn't repeat the proposal.</w:t>
            </w:r>
          </w:p>
          <w:p>
            <w:pPr>
              <w:spacing w:after="80"/>
            </w:pPr>
            <w:r>
              <w:rPr>
                <w:b w:val="0"/>
                <w:i/>
                <w:color w:val="706D68"/>
                <w:sz w:val="20"/>
              </w:rPr>
              <w:t>Five short paragraphs: the ask, the fit with this funder, the need and your response, why you, and the close. A sample letter and variations are at grantable.co/templates/grant-cover-letter.</w:t>
            </w:r>
          </w:p>
          <w:p>
            <w:pPr>
              <w:spacing w:after="80"/>
            </w:pPr>
            <w:r>
              <w:rPr>
                <w:b w:val="0"/>
                <w:i/>
                <w:color w:val="706D68"/>
                <w:sz w:val="20"/>
              </w:rPr>
              <w:t>Send one only if the funder accepts or asks for it; many online portals don't have a place for one.</w:t>
            </w:r>
          </w:p>
        </w:tc>
      </w:tr>
    </w:tbl>
    <w:p>
      <w:pPr>
        <w:spacing w:after="0"/>
      </w:pPr>
    </w:p>
    <w:p>
      <w:r>
        <w:rPr>
          <w:b/>
          <w:i w:val="0"/>
          <w:color w:val="8C6BAA"/>
        </w:rPr>
        <w:t>[Organization letterhead or logo]</w:t>
      </w:r>
    </w:p>
    <w:p>
      <w:r>
        <w:rPr>
          <w:b/>
          <w:i w:val="0"/>
          <w:color w:val="8C6BAA"/>
        </w:rPr>
        <w:t>[Date]</w:t>
      </w:r>
    </w:p>
    <w:p>
      <w:r>
        <w:rPr>
          <w:b/>
          <w:i w:val="0"/>
          <w:color w:val="8C6BAA"/>
        </w:rPr>
        <w:t>[Program officer name]</w:t>
      </w:r>
      <w:r>
        <w:rPr>
          <w:b w:val="0"/>
          <w:i w:val="0"/>
        </w:rPr>
        <w:br/>
      </w:r>
      <w:r>
        <w:rPr>
          <w:b/>
          <w:i w:val="0"/>
          <w:color w:val="8C6BAA"/>
        </w:rPr>
        <w:t>[Title]</w:t>
      </w:r>
      <w:r>
        <w:rPr>
          <w:b w:val="0"/>
          <w:i w:val="0"/>
        </w:rPr>
        <w:br/>
      </w:r>
      <w:r>
        <w:rPr>
          <w:b/>
          <w:i w:val="0"/>
          <w:color w:val="8C6BAA"/>
        </w:rPr>
        <w:t>[Funder name]</w:t>
      </w:r>
      <w:r>
        <w:rPr>
          <w:b w:val="0"/>
          <w:i w:val="0"/>
        </w:rPr>
        <w:br/>
      </w:r>
      <w:r>
        <w:rPr>
          <w:b/>
          <w:i w:val="0"/>
          <w:color w:val="8C6BAA"/>
        </w:rPr>
        <w:t>[Street address]</w:t>
      </w:r>
      <w:r>
        <w:rPr>
          <w:b w:val="0"/>
          <w:i w:val="0"/>
        </w:rPr>
        <w:br/>
      </w:r>
      <w:r>
        <w:rPr>
          <w:b/>
          <w:i w:val="0"/>
          <w:color w:val="8C6BAA"/>
        </w:rPr>
        <w:t>[City, State ZIP]</w:t>
      </w:r>
    </w:p>
    <w:p>
      <w:r>
        <w:rPr>
          <w:b w:val="0"/>
          <w:i w:val="0"/>
        </w:rPr>
        <w:t xml:space="preserve">Re: </w:t>
      </w:r>
      <w:r>
        <w:rPr>
          <w:b/>
          <w:i w:val="0"/>
          <w:color w:val="8C6BAA"/>
        </w:rPr>
        <w:t>[Project title]</w:t>
      </w:r>
      <w:r>
        <w:rPr>
          <w:b w:val="0"/>
          <w:i w:val="0"/>
        </w:rPr>
        <w:t xml:space="preserve">, request for </w:t>
      </w:r>
      <w:r>
        <w:rPr>
          <w:b/>
          <w:i w:val="0"/>
          <w:color w:val="8C6BAA"/>
        </w:rPr>
        <w:t>[$ amount]</w:t>
      </w:r>
    </w:p>
    <w:p>
      <w:r>
        <w:rPr>
          <w:b w:val="0"/>
          <w:i w:val="0"/>
        </w:rPr>
        <w:t xml:space="preserve">Dear </w:t>
      </w:r>
      <w:r>
        <w:rPr>
          <w:b/>
          <w:i w:val="0"/>
          <w:color w:val="8C6BAA"/>
        </w:rPr>
        <w:t>[Mr./Ms./Dr. Last name, or first name if you know them]</w:t>
      </w:r>
      <w:r>
        <w:rPr>
          <w:b w:val="0"/>
          <w:i w:val="0"/>
        </w:rPr>
        <w:t>,</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Paragraph 1, the ask: who you are, how much you're requesting, for what, over what period.</w:t>
            </w:r>
          </w:p>
        </w:tc>
      </w:tr>
    </w:tbl>
    <w:p>
      <w:pPr>
        <w:spacing w:after="0"/>
      </w:pPr>
    </w:p>
    <w:p>
      <w:r>
        <w:rPr>
          <w:b w:val="0"/>
          <w:i w:val="0"/>
        </w:rPr>
        <w:t xml:space="preserve">On behalf of </w:t>
      </w:r>
      <w:r>
        <w:rPr>
          <w:b/>
          <w:i w:val="0"/>
          <w:color w:val="8C6BAA"/>
        </w:rPr>
        <w:t>[Organization name]</w:t>
      </w:r>
      <w:r>
        <w:rPr>
          <w:b w:val="0"/>
          <w:i w:val="0"/>
        </w:rPr>
        <w:t xml:space="preserve">, I am pleased to submit the enclosed proposal requesting </w:t>
      </w:r>
      <w:r>
        <w:rPr>
          <w:b/>
          <w:i w:val="0"/>
          <w:color w:val="8C6BAA"/>
        </w:rPr>
        <w:t>[$ amount]</w:t>
      </w:r>
      <w:r>
        <w:rPr>
          <w:b w:val="0"/>
          <w:i w:val="0"/>
        </w:rPr>
        <w:t xml:space="preserve"> over </w:t>
      </w:r>
      <w:r>
        <w:rPr>
          <w:b/>
          <w:i w:val="0"/>
          <w:color w:val="8C6BAA"/>
        </w:rPr>
        <w:t>[project period]</w:t>
      </w:r>
      <w:r>
        <w:rPr>
          <w:b w:val="0"/>
          <w:i w:val="0"/>
        </w:rPr>
        <w:t xml:space="preserve"> to support </w:t>
      </w:r>
      <w:r>
        <w:rPr>
          <w:b/>
          <w:i w:val="0"/>
          <w:color w:val="8C6BAA"/>
        </w:rPr>
        <w:t>[project title]</w:t>
      </w:r>
      <w:r>
        <w:rPr>
          <w:b w:val="0"/>
          <w:i w:val="0"/>
        </w:rPr>
        <w:t xml:space="preserve">. With your support, </w:t>
      </w:r>
      <w:r>
        <w:rPr>
          <w:b/>
          <w:i w:val="0"/>
          <w:color w:val="8C6BAA"/>
        </w:rPr>
        <w:t>[one-sentence result for whom]</w:t>
      </w:r>
      <w:r>
        <w:rPr>
          <w:b w:val="0"/>
          <w:i w:val="0"/>
        </w:rPr>
        <w:t>.</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Paragraph 2, the fit: connect the project to one of the funder's stated priorities, in their words. Mention any prior conversation or relationship.</w:t>
            </w:r>
          </w:p>
        </w:tc>
      </w:tr>
    </w:tbl>
    <w:p>
      <w:pPr>
        <w:spacing w:after="0"/>
      </w:pPr>
    </w:p>
    <w:p>
      <w:r>
        <w:rPr>
          <w:b/>
          <w:i w:val="0"/>
          <w:color w:val="8C6BAA"/>
        </w:rPr>
        <w:t>[Funder name]</w:t>
      </w:r>
      <w:r>
        <w:rPr>
          <w:b w:val="0"/>
          <w:i w:val="0"/>
        </w:rPr>
        <w:t xml:space="preserve">'s commitment to </w:t>
      </w:r>
      <w:r>
        <w:rPr>
          <w:b/>
          <w:i w:val="0"/>
          <w:color w:val="8C6BAA"/>
        </w:rPr>
        <w:t>[funder priority, in their words]</w:t>
      </w:r>
      <w:r>
        <w:rPr>
          <w:b w:val="0"/>
          <w:i w:val="0"/>
        </w:rPr>
        <w:t xml:space="preserve"> is why we are reaching out. </w:t>
      </w:r>
      <w:r>
        <w:rPr>
          <w:b/>
          <w:i w:val="0"/>
          <w:color w:val="8C6BAA"/>
        </w:rPr>
        <w:t>[Mention a conversation with the program officer, a past grant, or a shared partner, if there is one.]</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Paragraph 3, the need and your response: the problem in two sentences with one number, and what the project does about it.</w:t>
            </w:r>
          </w:p>
        </w:tc>
      </w:tr>
    </w:tbl>
    <w:p>
      <w:pPr>
        <w:spacing w:after="0"/>
      </w:pPr>
    </w:p>
    <w:p>
      <w:r>
        <w:rPr>
          <w:b/>
          <w:i w:val="0"/>
          <w:color w:val="8C6BAA"/>
        </w:rPr>
        <w:t>[The need, with one local number.]</w:t>
      </w:r>
      <w:r>
        <w:rPr>
          <w:b w:val="0"/>
          <w:i w:val="0"/>
        </w:rPr>
        <w:t xml:space="preserve"> </w:t>
      </w:r>
      <w:r>
        <w:rPr>
          <w:b/>
          <w:i w:val="0"/>
          <w:color w:val="8C6BAA"/>
        </w:rPr>
        <w:t>[What the project will do, for how many people, and the result you expect.]</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Paragraph 4, why you: one or two results from similar work, and the total project cost and other funders so the request reads as part of a funded whole.</w:t>
            </w:r>
          </w:p>
        </w:tc>
      </w:tr>
    </w:tbl>
    <w:p>
      <w:pPr>
        <w:spacing w:after="0"/>
      </w:pPr>
    </w:p>
    <w:p>
      <w:r>
        <w:rPr>
          <w:b/>
          <w:i w:val="0"/>
          <w:color w:val="8C6BAA"/>
        </w:rPr>
        <w:t>[Relevant results from your work.]</w:t>
      </w:r>
      <w:r>
        <w:rPr>
          <w:b w:val="0"/>
          <w:i w:val="0"/>
        </w:rPr>
        <w:t xml:space="preserve"> The total project cost is </w:t>
      </w:r>
      <w:r>
        <w:rPr>
          <w:b/>
          <w:i w:val="0"/>
          <w:color w:val="8C6BAA"/>
        </w:rPr>
        <w:t>[$ amount]</w:t>
      </w:r>
      <w:r>
        <w:rPr>
          <w:b w:val="0"/>
          <w:i w:val="0"/>
        </w:rPr>
        <w:t xml:space="preserve">; </w:t>
      </w:r>
      <w:r>
        <w:rPr>
          <w:b/>
          <w:i w:val="0"/>
          <w:color w:val="8C6BAA"/>
        </w:rPr>
        <w:t>[other funders or cost share]</w:t>
      </w:r>
      <w:r>
        <w:rPr>
          <w:b w:val="0"/>
          <w:i w:val="0"/>
        </w:rPr>
        <w:t xml:space="preserve"> will cover the remainder.</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Paragraph 5, the close: thanks, a contact person, and an offer to share more or host a visit.</w:t>
            </w:r>
          </w:p>
        </w:tc>
      </w:tr>
    </w:tbl>
    <w:p>
      <w:pPr>
        <w:spacing w:after="0"/>
      </w:pPr>
    </w:p>
    <w:p>
      <w:r>
        <w:rPr>
          <w:b w:val="0"/>
          <w:i w:val="0"/>
        </w:rPr>
        <w:t xml:space="preserve">Thank you for considering this request. </w:t>
      </w:r>
      <w:r>
        <w:rPr>
          <w:b/>
          <w:i w:val="0"/>
          <w:color w:val="8C6BAA"/>
        </w:rPr>
        <w:t>[Contact name, title]</w:t>
      </w:r>
      <w:r>
        <w:rPr>
          <w:b w:val="0"/>
          <w:i w:val="0"/>
        </w:rPr>
        <w:t xml:space="preserve"> can answer any questions at </w:t>
      </w:r>
      <w:r>
        <w:rPr>
          <w:b/>
          <w:i w:val="0"/>
          <w:color w:val="8C6BAA"/>
        </w:rPr>
        <w:t>[email]</w:t>
      </w:r>
      <w:r>
        <w:rPr>
          <w:b w:val="0"/>
          <w:i w:val="0"/>
        </w:rPr>
        <w:t xml:space="preserve"> or </w:t>
      </w:r>
      <w:r>
        <w:rPr>
          <w:b/>
          <w:i w:val="0"/>
          <w:color w:val="8C6BAA"/>
        </w:rPr>
        <w:t>[phone]</w:t>
      </w:r>
      <w:r>
        <w:rPr>
          <w:b w:val="0"/>
          <w:i w:val="0"/>
        </w:rPr>
        <w:t>, and we would welcome the chance to show you the program in action.</w:t>
      </w:r>
    </w:p>
    <w:p>
      <w:r>
        <w:rPr>
          <w:b w:val="0"/>
          <w:i w:val="0"/>
        </w:rPr>
        <w:t>Sincerely,</w:t>
        <w:br/>
        <w:br/>
        <w:br/>
      </w:r>
      <w:r>
        <w:rPr>
          <w:b/>
          <w:i w:val="0"/>
          <w:color w:val="8C6BAA"/>
        </w:rPr>
        <w:t>[Name]</w:t>
      </w:r>
      <w:r>
        <w:rPr>
          <w:b w:val="0"/>
          <w:i w:val="0"/>
        </w:rPr>
        <w:br/>
      </w:r>
      <w:r>
        <w:rPr>
          <w:b/>
          <w:i w:val="0"/>
          <w:color w:val="8C6BAA"/>
        </w:rPr>
        <w:t>[Title]</w:t>
      </w:r>
      <w:r>
        <w:rPr>
          <w:b w:val="0"/>
          <w:i w:val="0"/>
        </w:rPr>
        <w:br/>
      </w:r>
      <w:r>
        <w:rPr>
          <w:b/>
          <w:i w:val="0"/>
          <w:color w:val="8C6BAA"/>
        </w:rPr>
        <w:t>[Organization name]</w:t>
      </w:r>
    </w:p>
    <w:p>
      <w:r>
        <w:rPr>
          <w:b w:val="0"/>
          <w:i w:val="0"/>
        </w:rPr>
        <w:t xml:space="preserve">Enclosures: </w:t>
      </w:r>
      <w:r>
        <w:rPr>
          <w:b/>
          <w:i w:val="0"/>
          <w:color w:val="8C6BAA"/>
        </w:rPr>
        <w:t>[Proposal, budget, attachments]</w:t>
      </w:r>
    </w:p>
    <w:p>
      <w:pPr>
        <w:spacing w:after="40"/>
      </w:pPr>
      <w:r>
        <w:rPr>
          <w:b/>
          <w:color w:val="706D68"/>
          <w:sz w:val="18"/>
        </w:rPr>
        <w:t>Answer these:</w:t>
      </w:r>
    </w:p>
    <w:p>
      <w:pPr>
        <w:pStyle w:val="ListBullet"/>
        <w:spacing w:after="0"/>
      </w:pPr>
      <w:r>
        <w:rPr>
          <w:b w:val="0"/>
          <w:i w:val="0"/>
          <w:color w:val="706D68"/>
        </w:rPr>
        <w:t>Does the first paragraph say exactly how much you're asking for, and for what?</w:t>
      </w:r>
    </w:p>
    <w:p>
      <w:pPr>
        <w:pStyle w:val="ListBullet"/>
        <w:spacing w:after="0"/>
      </w:pPr>
      <w:r>
        <w:rPr>
          <w:b w:val="0"/>
          <w:i w:val="0"/>
          <w:color w:val="706D68"/>
        </w:rPr>
        <w:t>Did you use the funder's own words for their priority?</w:t>
      </w:r>
    </w:p>
    <w:p>
      <w:pPr>
        <w:pStyle w:val="ListBullet"/>
        <w:spacing w:after="0"/>
      </w:pPr>
      <w:r>
        <w:rPr>
          <w:b w:val="0"/>
          <w:i w:val="0"/>
          <w:color w:val="706D68"/>
        </w:rPr>
        <w:t>Does it fit on one page, and is it signed by your executive director or board chair?</w:t>
      </w:r>
    </w:p>
    <w:p>
      <w:pPr>
        <w:spacing w:after="0"/>
      </w:pPr>
    </w:p>
    <w:sectPr w:rsidR="00FC693F" w:rsidRPr="0006063C" w:rsidSect="00034616">
      <w:foot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706D68"/>
        <w:sz w:val="16"/>
      </w:rPr>
      <w:t>Grant cover letter template from Grantable · grantable.co/templates/grant-cover-letter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2B25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Arial" w:hAnsi="Arial"/>
      <w:b/>
      <w:bCs/>
      <w:color w:val="2B252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B252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B252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Proposal Cover Letter Template</dc:title>
  <dc:subject>Free grant proposal cover letter template</dc:subject>
  <dc:creator>Grantable</dc:creator>
  <cp:keywords>grant proposal cover letter template, cover letter for grant proposal</cp:keywords>
  <dc:description>generated by python-docx</dc:description>
  <cp:lastModifiedBy>Grantable</cp:lastModifiedBy>
  <cp:revision>1</cp:revision>
  <dcterms:created xsi:type="dcterms:W3CDTF">2026-09-24T00:00:00Z</dcterms:created>
  <dcterms:modified xsi:type="dcterms:W3CDTF">2026-09-24T00:00:00Z</dcterms:modified>
  <cp:category/>
</cp:coreProperties>
</file>